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AD85F" w14:textId="77777777" w:rsidR="007F49B0" w:rsidRPr="006B6788" w:rsidRDefault="00F2140B">
      <w:pPr>
        <w:rPr>
          <w:rFonts w:asciiTheme="minorHAnsi" w:hAnsiTheme="minorHAnsi"/>
          <w:sz w:val="22"/>
        </w:rPr>
      </w:pPr>
      <w:r w:rsidRPr="006B6788">
        <w:rPr>
          <w:rFonts w:asciiTheme="minorHAnsi" w:hAnsiTheme="minorHAnsi"/>
          <w:b/>
          <w:sz w:val="22"/>
        </w:rPr>
        <w:t>A. IDENTITAS PEMOHON BANDING</w:t>
      </w:r>
    </w:p>
    <w:tbl>
      <w:tblPr>
        <w:tblStyle w:val="TableGrid"/>
        <w:tblW w:w="10454" w:type="dxa"/>
        <w:tblInd w:w="378" w:type="dxa"/>
        <w:tblLook w:val="04A0" w:firstRow="1" w:lastRow="0" w:firstColumn="1" w:lastColumn="0" w:noHBand="0" w:noVBand="1"/>
      </w:tblPr>
      <w:tblGrid>
        <w:gridCol w:w="5129"/>
        <w:gridCol w:w="5325"/>
      </w:tblGrid>
      <w:tr w:rsidR="007F49B0" w:rsidRPr="006B6788" w14:paraId="3747B452" w14:textId="77777777" w:rsidTr="008C3D91">
        <w:trPr>
          <w:trHeight w:val="399"/>
        </w:trPr>
        <w:tc>
          <w:tcPr>
            <w:tcW w:w="5129" w:type="dxa"/>
            <w:vAlign w:val="center"/>
          </w:tcPr>
          <w:p w14:paraId="4FFBAA99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b/>
                <w:sz w:val="22"/>
              </w:rPr>
              <w:t xml:space="preserve">Nama 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Lengkap</w:t>
            </w:r>
            <w:proofErr w:type="spellEnd"/>
          </w:p>
        </w:tc>
        <w:tc>
          <w:tcPr>
            <w:tcW w:w="5325" w:type="dxa"/>
            <w:vAlign w:val="center"/>
          </w:tcPr>
          <w:p w14:paraId="04CC939E" w14:textId="77777777" w:rsidR="007F49B0" w:rsidRPr="006B6788" w:rsidRDefault="007F49B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7F49B0" w:rsidRPr="006B6788" w14:paraId="3F73A4CF" w14:textId="77777777" w:rsidTr="008C3D91">
        <w:trPr>
          <w:trHeight w:val="399"/>
        </w:trPr>
        <w:tc>
          <w:tcPr>
            <w:tcW w:w="5129" w:type="dxa"/>
            <w:vAlign w:val="center"/>
          </w:tcPr>
          <w:p w14:paraId="4D5E0944" w14:textId="7F5DE4E9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Nomor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Peserta</w:t>
            </w:r>
            <w:proofErr w:type="spellEnd"/>
          </w:p>
        </w:tc>
        <w:tc>
          <w:tcPr>
            <w:tcW w:w="5325" w:type="dxa"/>
            <w:vAlign w:val="center"/>
          </w:tcPr>
          <w:p w14:paraId="2B9648CD" w14:textId="77777777" w:rsidR="007F49B0" w:rsidRPr="006B6788" w:rsidRDefault="007F49B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7F49B0" w:rsidRPr="006B6788" w14:paraId="1A6074F9" w14:textId="77777777" w:rsidTr="008C3D91">
        <w:trPr>
          <w:trHeight w:val="384"/>
        </w:trPr>
        <w:tc>
          <w:tcPr>
            <w:tcW w:w="5129" w:type="dxa"/>
            <w:vAlign w:val="center"/>
          </w:tcPr>
          <w:p w14:paraId="528665DA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b/>
                <w:sz w:val="22"/>
              </w:rPr>
              <w:t>Skema Sertifikasi</w:t>
            </w:r>
          </w:p>
        </w:tc>
        <w:tc>
          <w:tcPr>
            <w:tcW w:w="5325" w:type="dxa"/>
            <w:vAlign w:val="center"/>
          </w:tcPr>
          <w:p w14:paraId="08FE2F12" w14:textId="77777777" w:rsidR="007F49B0" w:rsidRPr="006B6788" w:rsidRDefault="007F49B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8C3D91" w:rsidRPr="006B6788" w14:paraId="4BB41CDA" w14:textId="77777777" w:rsidTr="008C3D91">
        <w:trPr>
          <w:trHeight w:val="384"/>
        </w:trPr>
        <w:tc>
          <w:tcPr>
            <w:tcW w:w="5129" w:type="dxa"/>
            <w:vAlign w:val="center"/>
          </w:tcPr>
          <w:p w14:paraId="17ABB59F" w14:textId="0EB7DFBB" w:rsidR="008C3D91" w:rsidRPr="006B6788" w:rsidRDefault="008C3D91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Periode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sz w:val="22"/>
              </w:rPr>
              <w:t>Sertifikasi</w:t>
            </w:r>
            <w:proofErr w:type="spellEnd"/>
          </w:p>
        </w:tc>
        <w:tc>
          <w:tcPr>
            <w:tcW w:w="5325" w:type="dxa"/>
            <w:vAlign w:val="center"/>
          </w:tcPr>
          <w:p w14:paraId="31635B58" w14:textId="77777777" w:rsidR="008C3D91" w:rsidRPr="006B6788" w:rsidRDefault="008C3D91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7F49B0" w:rsidRPr="006B6788" w14:paraId="74CDCDBA" w14:textId="77777777" w:rsidTr="008C3D91">
        <w:trPr>
          <w:trHeight w:val="399"/>
        </w:trPr>
        <w:tc>
          <w:tcPr>
            <w:tcW w:w="5129" w:type="dxa"/>
            <w:vAlign w:val="center"/>
          </w:tcPr>
          <w:p w14:paraId="0174271D" w14:textId="5023C584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Instansi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 xml:space="preserve">/Perusahaan </w:t>
            </w:r>
          </w:p>
        </w:tc>
        <w:tc>
          <w:tcPr>
            <w:tcW w:w="5325" w:type="dxa"/>
            <w:vAlign w:val="center"/>
          </w:tcPr>
          <w:p w14:paraId="600D2EEB" w14:textId="77777777" w:rsidR="007F49B0" w:rsidRPr="006B6788" w:rsidRDefault="007F49B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7F49B0" w:rsidRPr="006B6788" w14:paraId="22609A4F" w14:textId="77777777" w:rsidTr="008C3D91">
        <w:trPr>
          <w:trHeight w:val="399"/>
        </w:trPr>
        <w:tc>
          <w:tcPr>
            <w:tcW w:w="5129" w:type="dxa"/>
            <w:vAlign w:val="center"/>
          </w:tcPr>
          <w:p w14:paraId="165A5481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b/>
                <w:sz w:val="22"/>
              </w:rPr>
              <w:t>Nomor Telepon/WhatsApp</w:t>
            </w:r>
          </w:p>
        </w:tc>
        <w:tc>
          <w:tcPr>
            <w:tcW w:w="5325" w:type="dxa"/>
            <w:vAlign w:val="center"/>
          </w:tcPr>
          <w:p w14:paraId="22689D20" w14:textId="77777777" w:rsidR="007F49B0" w:rsidRPr="006B6788" w:rsidRDefault="007F49B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7F49B0" w:rsidRPr="006B6788" w14:paraId="73425561" w14:textId="77777777" w:rsidTr="008C3D91">
        <w:trPr>
          <w:trHeight w:val="399"/>
        </w:trPr>
        <w:tc>
          <w:tcPr>
            <w:tcW w:w="5129" w:type="dxa"/>
            <w:vAlign w:val="center"/>
          </w:tcPr>
          <w:p w14:paraId="6F0C9FB0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b/>
                <w:sz w:val="22"/>
              </w:rPr>
              <w:t>Email</w:t>
            </w:r>
          </w:p>
        </w:tc>
        <w:tc>
          <w:tcPr>
            <w:tcW w:w="5325" w:type="dxa"/>
            <w:vAlign w:val="center"/>
          </w:tcPr>
          <w:p w14:paraId="52571EB8" w14:textId="77777777" w:rsidR="007F49B0" w:rsidRPr="006B6788" w:rsidRDefault="007F49B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7F49B0" w:rsidRPr="006B6788" w14:paraId="380F980F" w14:textId="77777777" w:rsidTr="008C3D91">
        <w:trPr>
          <w:trHeight w:val="399"/>
        </w:trPr>
        <w:tc>
          <w:tcPr>
            <w:tcW w:w="5129" w:type="dxa"/>
            <w:vAlign w:val="center"/>
          </w:tcPr>
          <w:p w14:paraId="52D25097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b/>
                <w:sz w:val="22"/>
              </w:rPr>
              <w:t>Alamat</w:t>
            </w:r>
          </w:p>
        </w:tc>
        <w:tc>
          <w:tcPr>
            <w:tcW w:w="5325" w:type="dxa"/>
            <w:vAlign w:val="center"/>
          </w:tcPr>
          <w:p w14:paraId="696A8F7D" w14:textId="77777777" w:rsidR="007F49B0" w:rsidRPr="006B6788" w:rsidRDefault="007F49B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494955A2" w14:textId="77777777" w:rsidR="007F49B0" w:rsidRPr="006B6788" w:rsidRDefault="00F2140B" w:rsidP="006B6788">
      <w:pPr>
        <w:spacing w:before="120"/>
        <w:rPr>
          <w:rFonts w:asciiTheme="minorHAnsi" w:hAnsiTheme="minorHAnsi"/>
          <w:sz w:val="22"/>
        </w:rPr>
      </w:pPr>
      <w:r w:rsidRPr="006B6788">
        <w:rPr>
          <w:rFonts w:asciiTheme="minorHAnsi" w:hAnsiTheme="minorHAnsi"/>
          <w:b/>
          <w:sz w:val="22"/>
        </w:rPr>
        <w:t>B. KEPUTUSAN YANG DIBANDING</w:t>
      </w:r>
    </w:p>
    <w:tbl>
      <w:tblPr>
        <w:tblStyle w:val="TableGrid"/>
        <w:tblW w:w="10419" w:type="dxa"/>
        <w:tblInd w:w="378" w:type="dxa"/>
        <w:tblLook w:val="04A0" w:firstRow="1" w:lastRow="0" w:firstColumn="1" w:lastColumn="0" w:noHBand="0" w:noVBand="1"/>
      </w:tblPr>
      <w:tblGrid>
        <w:gridCol w:w="5105"/>
        <w:gridCol w:w="5314"/>
      </w:tblGrid>
      <w:tr w:rsidR="007F49B0" w:rsidRPr="006B6788" w14:paraId="7C2DA16D" w14:textId="77777777" w:rsidTr="008C3D91">
        <w:trPr>
          <w:trHeight w:val="493"/>
        </w:trPr>
        <w:tc>
          <w:tcPr>
            <w:tcW w:w="5105" w:type="dxa"/>
            <w:vAlign w:val="center"/>
          </w:tcPr>
          <w:p w14:paraId="33953D84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Nomor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>/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Tanggal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 xml:space="preserve"> Keputusan 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atau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Pemberitahuan</w:t>
            </w:r>
            <w:proofErr w:type="spellEnd"/>
          </w:p>
        </w:tc>
        <w:tc>
          <w:tcPr>
            <w:tcW w:w="5314" w:type="dxa"/>
            <w:vAlign w:val="center"/>
          </w:tcPr>
          <w:p w14:paraId="7F65B715" w14:textId="77777777" w:rsidR="007F49B0" w:rsidRPr="006B6788" w:rsidRDefault="007F49B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7F49B0" w:rsidRPr="006B6788" w14:paraId="7CF29337" w14:textId="77777777" w:rsidTr="008C3D91">
        <w:trPr>
          <w:trHeight w:val="493"/>
        </w:trPr>
        <w:tc>
          <w:tcPr>
            <w:tcW w:w="5105" w:type="dxa"/>
            <w:vAlign w:val="center"/>
          </w:tcPr>
          <w:p w14:paraId="7D96DC16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Tanggal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 xml:space="preserve"> Keputusan/Hasil 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Diterima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Pemohon</w:t>
            </w:r>
            <w:proofErr w:type="spellEnd"/>
          </w:p>
        </w:tc>
        <w:tc>
          <w:tcPr>
            <w:tcW w:w="5314" w:type="dxa"/>
            <w:vAlign w:val="center"/>
          </w:tcPr>
          <w:p w14:paraId="1F86442F" w14:textId="77777777" w:rsidR="007F49B0" w:rsidRPr="006B6788" w:rsidRDefault="007F49B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7F49B0" w:rsidRPr="006B6788" w14:paraId="549CF880" w14:textId="77777777" w:rsidTr="008C3D91">
        <w:trPr>
          <w:trHeight w:val="593"/>
        </w:trPr>
        <w:tc>
          <w:tcPr>
            <w:tcW w:w="5105" w:type="dxa"/>
            <w:vAlign w:val="center"/>
          </w:tcPr>
          <w:p w14:paraId="0106A483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Uraian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Singkat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 xml:space="preserve"> Keputusan yang Dibanding</w:t>
            </w:r>
          </w:p>
        </w:tc>
        <w:tc>
          <w:tcPr>
            <w:tcW w:w="5314" w:type="dxa"/>
            <w:vAlign w:val="center"/>
          </w:tcPr>
          <w:p w14:paraId="76E1EF0F" w14:textId="4EFDC583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sz w:val="22"/>
              </w:rPr>
              <w:br/>
            </w:r>
          </w:p>
        </w:tc>
      </w:tr>
    </w:tbl>
    <w:p w14:paraId="24F63B04" w14:textId="77777777" w:rsidR="007F49B0" w:rsidRPr="006B6788" w:rsidRDefault="00F2140B" w:rsidP="008C3D91">
      <w:pPr>
        <w:spacing w:before="120"/>
        <w:rPr>
          <w:rFonts w:asciiTheme="minorHAnsi" w:hAnsiTheme="minorHAnsi"/>
          <w:sz w:val="22"/>
        </w:rPr>
      </w:pPr>
      <w:r w:rsidRPr="006B6788">
        <w:rPr>
          <w:rFonts w:asciiTheme="minorHAnsi" w:hAnsiTheme="minorHAnsi"/>
          <w:b/>
          <w:sz w:val="22"/>
        </w:rPr>
        <w:t>C. ALASAN DAN BUKTI BANDING</w:t>
      </w:r>
    </w:p>
    <w:tbl>
      <w:tblPr>
        <w:tblStyle w:val="TableGrid"/>
        <w:tblW w:w="10440" w:type="dxa"/>
        <w:tblInd w:w="378" w:type="dxa"/>
        <w:tblLook w:val="04A0" w:firstRow="1" w:lastRow="0" w:firstColumn="1" w:lastColumn="0" w:noHBand="0" w:noVBand="1"/>
      </w:tblPr>
      <w:tblGrid>
        <w:gridCol w:w="5130"/>
        <w:gridCol w:w="5310"/>
      </w:tblGrid>
      <w:tr w:rsidR="007F49B0" w:rsidRPr="006B6788" w14:paraId="2A145D7C" w14:textId="77777777" w:rsidTr="006B6788">
        <w:tc>
          <w:tcPr>
            <w:tcW w:w="5130" w:type="dxa"/>
            <w:vAlign w:val="center"/>
          </w:tcPr>
          <w:p w14:paraId="1542CD3D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Pokok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>/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Alasan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 xml:space="preserve"> Banding</w:t>
            </w:r>
          </w:p>
        </w:tc>
        <w:tc>
          <w:tcPr>
            <w:tcW w:w="5310" w:type="dxa"/>
            <w:vAlign w:val="center"/>
          </w:tcPr>
          <w:p w14:paraId="3EC86D42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sz w:val="22"/>
              </w:rPr>
              <w:br/>
            </w:r>
            <w:r w:rsidRPr="006B6788">
              <w:rPr>
                <w:rFonts w:asciiTheme="minorHAnsi" w:hAnsiTheme="minorHAnsi"/>
                <w:sz w:val="22"/>
              </w:rPr>
              <w:br/>
            </w:r>
            <w:r w:rsidRPr="006B6788">
              <w:rPr>
                <w:rFonts w:asciiTheme="minorHAnsi" w:hAnsiTheme="minorHAnsi"/>
                <w:sz w:val="22"/>
              </w:rPr>
              <w:br/>
            </w:r>
          </w:p>
        </w:tc>
      </w:tr>
      <w:tr w:rsidR="007F49B0" w:rsidRPr="006B6788" w14:paraId="0C3117BB" w14:textId="77777777" w:rsidTr="006B6788">
        <w:tc>
          <w:tcPr>
            <w:tcW w:w="5130" w:type="dxa"/>
            <w:vAlign w:val="center"/>
          </w:tcPr>
          <w:p w14:paraId="6A533616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b/>
                <w:sz w:val="22"/>
              </w:rPr>
              <w:t>Hasil/Perubahan yang Dimohonkan</w:t>
            </w:r>
          </w:p>
        </w:tc>
        <w:tc>
          <w:tcPr>
            <w:tcW w:w="5310" w:type="dxa"/>
            <w:vAlign w:val="center"/>
          </w:tcPr>
          <w:p w14:paraId="154ED43E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sz w:val="22"/>
              </w:rPr>
              <w:br/>
            </w:r>
            <w:r w:rsidRPr="006B6788">
              <w:rPr>
                <w:rFonts w:asciiTheme="minorHAnsi" w:hAnsiTheme="minorHAnsi"/>
                <w:sz w:val="22"/>
              </w:rPr>
              <w:br/>
            </w:r>
          </w:p>
        </w:tc>
      </w:tr>
      <w:tr w:rsidR="007F49B0" w:rsidRPr="006B6788" w14:paraId="3F252067" w14:textId="77777777" w:rsidTr="006B6788">
        <w:tc>
          <w:tcPr>
            <w:tcW w:w="5130" w:type="dxa"/>
            <w:vAlign w:val="center"/>
          </w:tcPr>
          <w:p w14:paraId="5268262B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b/>
                <w:sz w:val="22"/>
              </w:rPr>
              <w:t>Daftar Bukti/Dokumen Pendukung</w:t>
            </w:r>
          </w:p>
        </w:tc>
        <w:tc>
          <w:tcPr>
            <w:tcW w:w="5310" w:type="dxa"/>
            <w:vAlign w:val="center"/>
          </w:tcPr>
          <w:p w14:paraId="008D132C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sz w:val="22"/>
              </w:rPr>
              <w:t xml:space="preserve">1. </w:t>
            </w:r>
            <w:r w:rsidRPr="006B6788">
              <w:rPr>
                <w:rFonts w:asciiTheme="minorHAnsi" w:hAnsiTheme="minorHAnsi"/>
                <w:sz w:val="22"/>
              </w:rPr>
              <w:br/>
              <w:t xml:space="preserve">2. </w:t>
            </w:r>
            <w:r w:rsidRPr="006B6788">
              <w:rPr>
                <w:rFonts w:asciiTheme="minorHAnsi" w:hAnsiTheme="minorHAnsi"/>
                <w:sz w:val="22"/>
              </w:rPr>
              <w:br/>
              <w:t xml:space="preserve">3. </w:t>
            </w:r>
            <w:r w:rsidRPr="006B6788">
              <w:rPr>
                <w:rFonts w:asciiTheme="minorHAnsi" w:hAnsiTheme="minorHAnsi"/>
                <w:sz w:val="22"/>
              </w:rPr>
              <w:br/>
              <w:t xml:space="preserve">4. </w:t>
            </w:r>
          </w:p>
        </w:tc>
      </w:tr>
      <w:tr w:rsidR="007F49B0" w:rsidRPr="006B6788" w14:paraId="2775B341" w14:textId="77777777" w:rsidTr="006B6788">
        <w:tc>
          <w:tcPr>
            <w:tcW w:w="5130" w:type="dxa"/>
            <w:vAlign w:val="center"/>
          </w:tcPr>
          <w:p w14:paraId="0E58E9B6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b/>
                <w:sz w:val="22"/>
              </w:rPr>
              <w:t>Keterangan Tambahan</w:t>
            </w:r>
          </w:p>
        </w:tc>
        <w:tc>
          <w:tcPr>
            <w:tcW w:w="5310" w:type="dxa"/>
            <w:vAlign w:val="center"/>
          </w:tcPr>
          <w:p w14:paraId="040AA557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sz w:val="22"/>
              </w:rPr>
              <w:br/>
            </w:r>
            <w:r w:rsidRPr="006B6788">
              <w:rPr>
                <w:rFonts w:asciiTheme="minorHAnsi" w:hAnsiTheme="minorHAnsi"/>
                <w:sz w:val="22"/>
              </w:rPr>
              <w:br/>
            </w:r>
          </w:p>
        </w:tc>
      </w:tr>
    </w:tbl>
    <w:p w14:paraId="696A8460" w14:textId="77777777" w:rsidR="007F49B0" w:rsidRPr="008C3D91" w:rsidRDefault="00F2140B" w:rsidP="008C3D91">
      <w:pPr>
        <w:ind w:left="270"/>
        <w:rPr>
          <w:rFonts w:asciiTheme="minorHAnsi" w:hAnsiTheme="minorHAnsi"/>
          <w:i/>
          <w:iCs/>
          <w:sz w:val="22"/>
        </w:rPr>
      </w:pPr>
      <w:proofErr w:type="spellStart"/>
      <w:r w:rsidRPr="008C3D91">
        <w:rPr>
          <w:rFonts w:asciiTheme="minorHAnsi" w:hAnsiTheme="minorHAnsi"/>
          <w:b/>
          <w:i/>
          <w:iCs/>
          <w:sz w:val="22"/>
        </w:rPr>
        <w:t>Pernyataan</w:t>
      </w:r>
      <w:proofErr w:type="spellEnd"/>
      <w:r w:rsidRPr="008C3D91">
        <w:rPr>
          <w:rFonts w:asciiTheme="minorHAnsi" w:hAnsiTheme="minorHAnsi"/>
          <w:b/>
          <w:i/>
          <w:iCs/>
          <w:sz w:val="22"/>
        </w:rPr>
        <w:t xml:space="preserve"> </w:t>
      </w:r>
      <w:proofErr w:type="spellStart"/>
      <w:r w:rsidRPr="008C3D91">
        <w:rPr>
          <w:rFonts w:asciiTheme="minorHAnsi" w:hAnsiTheme="minorHAnsi"/>
          <w:b/>
          <w:i/>
          <w:iCs/>
          <w:sz w:val="22"/>
        </w:rPr>
        <w:t>Pemohon</w:t>
      </w:r>
      <w:proofErr w:type="spellEnd"/>
      <w:r w:rsidRPr="008C3D91">
        <w:rPr>
          <w:rFonts w:asciiTheme="minorHAnsi" w:hAnsiTheme="minorHAnsi"/>
          <w:b/>
          <w:i/>
          <w:iCs/>
          <w:sz w:val="22"/>
        </w:rPr>
        <w:t xml:space="preserve">: </w:t>
      </w:r>
      <w:r w:rsidRPr="008C3D91">
        <w:rPr>
          <w:rFonts w:asciiTheme="minorHAnsi" w:hAnsiTheme="minorHAnsi"/>
          <w:i/>
          <w:iCs/>
          <w:sz w:val="22"/>
        </w:rPr>
        <w:t xml:space="preserve">Saya </w:t>
      </w:r>
      <w:proofErr w:type="spellStart"/>
      <w:r w:rsidRPr="008C3D91">
        <w:rPr>
          <w:rFonts w:asciiTheme="minorHAnsi" w:hAnsiTheme="minorHAnsi"/>
          <w:i/>
          <w:iCs/>
          <w:sz w:val="22"/>
        </w:rPr>
        <w:t>menyatakan</w:t>
      </w:r>
      <w:proofErr w:type="spellEnd"/>
      <w:r w:rsidRPr="008C3D91">
        <w:rPr>
          <w:rFonts w:asciiTheme="minorHAnsi" w:hAnsiTheme="minorHAnsi"/>
          <w:i/>
          <w:iCs/>
          <w:sz w:val="22"/>
        </w:rPr>
        <w:t xml:space="preserve"> informasi dan bukti yang disampaikan dalam pengajuan banding ini benar sesuai </w:t>
      </w:r>
      <w:proofErr w:type="spellStart"/>
      <w:r w:rsidRPr="008C3D91">
        <w:rPr>
          <w:rFonts w:asciiTheme="minorHAnsi" w:hAnsiTheme="minorHAnsi"/>
          <w:i/>
          <w:iCs/>
          <w:sz w:val="22"/>
        </w:rPr>
        <w:t>pengetahuan</w:t>
      </w:r>
      <w:proofErr w:type="spellEnd"/>
      <w:r w:rsidRPr="008C3D91">
        <w:rPr>
          <w:rFonts w:asciiTheme="minorHAnsi" w:hAnsiTheme="minorHAnsi"/>
          <w:i/>
          <w:iCs/>
          <w:sz w:val="22"/>
        </w:rPr>
        <w:t xml:space="preserve"> </w:t>
      </w:r>
      <w:proofErr w:type="spellStart"/>
      <w:r w:rsidRPr="008C3D91">
        <w:rPr>
          <w:rFonts w:asciiTheme="minorHAnsi" w:hAnsiTheme="minorHAnsi"/>
          <w:i/>
          <w:iCs/>
          <w:sz w:val="22"/>
        </w:rPr>
        <w:t>saya</w:t>
      </w:r>
      <w:proofErr w:type="spellEnd"/>
      <w:r w:rsidRPr="008C3D91">
        <w:rPr>
          <w:rFonts w:asciiTheme="minorHAnsi" w:hAnsiTheme="minorHAnsi"/>
          <w:i/>
          <w:iCs/>
          <w:sz w:val="22"/>
        </w:rPr>
        <w:t xml:space="preserve"> dan </w:t>
      </w:r>
      <w:proofErr w:type="spellStart"/>
      <w:r w:rsidRPr="008C3D91">
        <w:rPr>
          <w:rFonts w:asciiTheme="minorHAnsi" w:hAnsiTheme="minorHAnsi"/>
          <w:i/>
          <w:iCs/>
          <w:sz w:val="22"/>
        </w:rPr>
        <w:t>bersedia</w:t>
      </w:r>
      <w:proofErr w:type="spellEnd"/>
      <w:r w:rsidRPr="008C3D91">
        <w:rPr>
          <w:rFonts w:asciiTheme="minorHAnsi" w:hAnsiTheme="minorHAnsi"/>
          <w:i/>
          <w:iCs/>
          <w:sz w:val="22"/>
        </w:rPr>
        <w:t xml:space="preserve"> </w:t>
      </w:r>
      <w:proofErr w:type="spellStart"/>
      <w:r w:rsidRPr="008C3D91">
        <w:rPr>
          <w:rFonts w:asciiTheme="minorHAnsi" w:hAnsiTheme="minorHAnsi"/>
          <w:i/>
          <w:iCs/>
          <w:sz w:val="22"/>
        </w:rPr>
        <w:t>memberikan</w:t>
      </w:r>
      <w:proofErr w:type="spellEnd"/>
      <w:r w:rsidRPr="008C3D91">
        <w:rPr>
          <w:rFonts w:asciiTheme="minorHAnsi" w:hAnsiTheme="minorHAnsi"/>
          <w:i/>
          <w:iCs/>
          <w:sz w:val="22"/>
        </w:rPr>
        <w:t xml:space="preserve"> </w:t>
      </w:r>
      <w:proofErr w:type="spellStart"/>
      <w:r w:rsidRPr="008C3D91">
        <w:rPr>
          <w:rFonts w:asciiTheme="minorHAnsi" w:hAnsiTheme="minorHAnsi"/>
          <w:i/>
          <w:iCs/>
          <w:sz w:val="22"/>
        </w:rPr>
        <w:t>klarifikasi</w:t>
      </w:r>
      <w:proofErr w:type="spellEnd"/>
      <w:r w:rsidRPr="008C3D91">
        <w:rPr>
          <w:rFonts w:asciiTheme="minorHAnsi" w:hAnsiTheme="minorHAnsi"/>
          <w:i/>
          <w:iCs/>
          <w:sz w:val="22"/>
        </w:rPr>
        <w:t xml:space="preserve"> </w:t>
      </w:r>
      <w:proofErr w:type="spellStart"/>
      <w:r w:rsidRPr="008C3D91">
        <w:rPr>
          <w:rFonts w:asciiTheme="minorHAnsi" w:hAnsiTheme="minorHAnsi"/>
          <w:i/>
          <w:iCs/>
          <w:sz w:val="22"/>
        </w:rPr>
        <w:t>tambahan</w:t>
      </w:r>
      <w:proofErr w:type="spellEnd"/>
      <w:r w:rsidRPr="008C3D91">
        <w:rPr>
          <w:rFonts w:asciiTheme="minorHAnsi" w:hAnsiTheme="minorHAnsi"/>
          <w:i/>
          <w:iCs/>
          <w:sz w:val="22"/>
        </w:rPr>
        <w:t xml:space="preserve"> </w:t>
      </w:r>
      <w:proofErr w:type="spellStart"/>
      <w:r w:rsidRPr="008C3D91">
        <w:rPr>
          <w:rFonts w:asciiTheme="minorHAnsi" w:hAnsiTheme="minorHAnsi"/>
          <w:i/>
          <w:iCs/>
          <w:sz w:val="22"/>
        </w:rPr>
        <w:t>apabila</w:t>
      </w:r>
      <w:proofErr w:type="spellEnd"/>
      <w:r w:rsidRPr="008C3D91">
        <w:rPr>
          <w:rFonts w:asciiTheme="minorHAnsi" w:hAnsiTheme="minorHAnsi"/>
          <w:i/>
          <w:iCs/>
          <w:sz w:val="22"/>
        </w:rPr>
        <w:t xml:space="preserve"> </w:t>
      </w:r>
      <w:proofErr w:type="spellStart"/>
      <w:r w:rsidRPr="008C3D91">
        <w:rPr>
          <w:rFonts w:asciiTheme="minorHAnsi" w:hAnsiTheme="minorHAnsi"/>
          <w:i/>
          <w:iCs/>
          <w:sz w:val="22"/>
        </w:rPr>
        <w:t>diperlukan</w:t>
      </w:r>
      <w:proofErr w:type="spellEnd"/>
      <w:r w:rsidRPr="008C3D91">
        <w:rPr>
          <w:rFonts w:asciiTheme="minorHAnsi" w:hAnsiTheme="minorHAnsi"/>
          <w:i/>
          <w:iCs/>
          <w:sz w:val="22"/>
        </w:rPr>
        <w:t>.</w:t>
      </w:r>
    </w:p>
    <w:tbl>
      <w:tblPr>
        <w:tblStyle w:val="TableGrid"/>
        <w:tblW w:w="10490" w:type="dxa"/>
        <w:tblInd w:w="378" w:type="dxa"/>
        <w:tblLook w:val="04A0" w:firstRow="1" w:lastRow="0" w:firstColumn="1" w:lastColumn="0" w:noHBand="0" w:noVBand="1"/>
      </w:tblPr>
      <w:tblGrid>
        <w:gridCol w:w="5245"/>
        <w:gridCol w:w="5245"/>
      </w:tblGrid>
      <w:tr w:rsidR="007F49B0" w:rsidRPr="006B6788" w14:paraId="3EEBED4E" w14:textId="77777777" w:rsidTr="005D34DD">
        <w:trPr>
          <w:trHeight w:val="468"/>
        </w:trPr>
        <w:tc>
          <w:tcPr>
            <w:tcW w:w="5245" w:type="dxa"/>
            <w:vAlign w:val="center"/>
          </w:tcPr>
          <w:p w14:paraId="366546D2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Tempat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>/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Tanggal</w:t>
            </w:r>
            <w:proofErr w:type="spellEnd"/>
          </w:p>
        </w:tc>
        <w:tc>
          <w:tcPr>
            <w:tcW w:w="5245" w:type="dxa"/>
            <w:vAlign w:val="center"/>
          </w:tcPr>
          <w:p w14:paraId="665AA800" w14:textId="77777777" w:rsidR="007F49B0" w:rsidRPr="006B6788" w:rsidRDefault="007F49B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7F49B0" w:rsidRPr="006B6788" w14:paraId="0A098BFA" w14:textId="77777777" w:rsidTr="005D34DD">
        <w:trPr>
          <w:trHeight w:val="432"/>
        </w:trPr>
        <w:tc>
          <w:tcPr>
            <w:tcW w:w="5245" w:type="dxa"/>
            <w:vAlign w:val="center"/>
          </w:tcPr>
          <w:p w14:paraId="7BFB92FD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b/>
                <w:sz w:val="22"/>
              </w:rPr>
              <w:t xml:space="preserve">Nama 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Pemohon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 xml:space="preserve"> Banding</w:t>
            </w:r>
          </w:p>
        </w:tc>
        <w:tc>
          <w:tcPr>
            <w:tcW w:w="5245" w:type="dxa"/>
            <w:vAlign w:val="center"/>
          </w:tcPr>
          <w:p w14:paraId="7D42E2F3" w14:textId="77777777" w:rsidR="007F49B0" w:rsidRPr="006B6788" w:rsidRDefault="007F49B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7F49B0" w:rsidRPr="006B6788" w14:paraId="2553A82C" w14:textId="77777777" w:rsidTr="008C3D91">
        <w:trPr>
          <w:trHeight w:val="1258"/>
        </w:trPr>
        <w:tc>
          <w:tcPr>
            <w:tcW w:w="5245" w:type="dxa"/>
            <w:vAlign w:val="center"/>
          </w:tcPr>
          <w:p w14:paraId="2B4BA780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b/>
                <w:sz w:val="22"/>
              </w:rPr>
              <w:t xml:space="preserve">Tanda 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Tangan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>/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Validasi</w:t>
            </w:r>
            <w:proofErr w:type="spellEnd"/>
          </w:p>
        </w:tc>
        <w:tc>
          <w:tcPr>
            <w:tcW w:w="5245" w:type="dxa"/>
            <w:vAlign w:val="center"/>
          </w:tcPr>
          <w:p w14:paraId="10659D63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sz w:val="22"/>
              </w:rPr>
              <w:br/>
            </w:r>
            <w:r w:rsidRPr="006B6788">
              <w:rPr>
                <w:rFonts w:asciiTheme="minorHAnsi" w:hAnsiTheme="minorHAnsi"/>
                <w:sz w:val="22"/>
              </w:rPr>
              <w:br/>
            </w:r>
            <w:r w:rsidRPr="006B6788">
              <w:rPr>
                <w:rFonts w:asciiTheme="minorHAnsi" w:hAnsiTheme="minorHAnsi"/>
                <w:sz w:val="22"/>
              </w:rPr>
              <w:br/>
            </w:r>
          </w:p>
        </w:tc>
      </w:tr>
    </w:tbl>
    <w:p w14:paraId="5CBDE297" w14:textId="77777777" w:rsidR="005D34DD" w:rsidRDefault="005D34DD">
      <w:pPr>
        <w:rPr>
          <w:rFonts w:asciiTheme="minorHAnsi" w:hAnsiTheme="minorHAnsi"/>
          <w:b/>
          <w:sz w:val="22"/>
        </w:rPr>
      </w:pPr>
    </w:p>
    <w:p w14:paraId="3AA2E8E4" w14:textId="3416761C" w:rsidR="007F49B0" w:rsidRPr="006B6788" w:rsidRDefault="00F2140B">
      <w:pPr>
        <w:rPr>
          <w:rFonts w:asciiTheme="minorHAnsi" w:hAnsiTheme="minorHAnsi"/>
          <w:sz w:val="22"/>
        </w:rPr>
      </w:pPr>
      <w:r w:rsidRPr="006B6788">
        <w:rPr>
          <w:rFonts w:asciiTheme="minorHAnsi" w:hAnsiTheme="minorHAnsi"/>
          <w:b/>
          <w:sz w:val="22"/>
        </w:rPr>
        <w:lastRenderedPageBreak/>
        <w:t>D. PENERIMAAN DAN REGISTRASI OLEH LSP</w:t>
      </w:r>
    </w:p>
    <w:tbl>
      <w:tblPr>
        <w:tblStyle w:val="TableGrid"/>
        <w:tblW w:w="10440" w:type="dxa"/>
        <w:tblInd w:w="378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F49B0" w:rsidRPr="006B6788" w14:paraId="08EB4E7D" w14:textId="77777777" w:rsidTr="008C3D91">
        <w:trPr>
          <w:trHeight w:val="376"/>
        </w:trPr>
        <w:tc>
          <w:tcPr>
            <w:tcW w:w="5220" w:type="dxa"/>
            <w:vAlign w:val="center"/>
          </w:tcPr>
          <w:p w14:paraId="16CD3A9D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Nomor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 xml:space="preserve"> Register Banding</w:t>
            </w:r>
          </w:p>
        </w:tc>
        <w:tc>
          <w:tcPr>
            <w:tcW w:w="5220" w:type="dxa"/>
            <w:vAlign w:val="center"/>
          </w:tcPr>
          <w:p w14:paraId="5A4E4CF6" w14:textId="77777777" w:rsidR="007F49B0" w:rsidRPr="006B6788" w:rsidRDefault="007F49B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7F49B0" w:rsidRPr="006B6788" w14:paraId="1CAE86DD" w14:textId="77777777" w:rsidTr="008C3D91">
        <w:trPr>
          <w:trHeight w:val="376"/>
        </w:trPr>
        <w:tc>
          <w:tcPr>
            <w:tcW w:w="5220" w:type="dxa"/>
            <w:vAlign w:val="center"/>
          </w:tcPr>
          <w:p w14:paraId="462ED213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b/>
                <w:sz w:val="22"/>
              </w:rPr>
              <w:t>Tanggal/Jam Diterima</w:t>
            </w:r>
          </w:p>
        </w:tc>
        <w:tc>
          <w:tcPr>
            <w:tcW w:w="5220" w:type="dxa"/>
            <w:vAlign w:val="center"/>
          </w:tcPr>
          <w:p w14:paraId="0D3DF361" w14:textId="77777777" w:rsidR="007F49B0" w:rsidRPr="006B6788" w:rsidRDefault="007F49B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7F49B0" w:rsidRPr="006B6788" w14:paraId="6AD6EEC3" w14:textId="77777777" w:rsidTr="008C3D91">
        <w:trPr>
          <w:trHeight w:val="387"/>
        </w:trPr>
        <w:tc>
          <w:tcPr>
            <w:tcW w:w="5220" w:type="dxa"/>
            <w:vAlign w:val="center"/>
          </w:tcPr>
          <w:p w14:paraId="6E788FB8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b/>
                <w:sz w:val="22"/>
              </w:rPr>
              <w:t xml:space="preserve">Media 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Penerimaan</w:t>
            </w:r>
            <w:proofErr w:type="spellEnd"/>
          </w:p>
        </w:tc>
        <w:tc>
          <w:tcPr>
            <w:tcW w:w="5220" w:type="dxa"/>
            <w:vAlign w:val="center"/>
          </w:tcPr>
          <w:p w14:paraId="222E71F8" w14:textId="7A5ECE06" w:rsidR="007F49B0" w:rsidRPr="006B6788" w:rsidRDefault="00913AE5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417248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3D91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8C3D91" w:rsidRPr="006B6788">
              <w:rPr>
                <w:rFonts w:asciiTheme="minorHAnsi" w:hAnsiTheme="minorHAnsi"/>
                <w:sz w:val="22"/>
              </w:rPr>
              <w:t xml:space="preserve"> </w:t>
            </w:r>
            <w:r w:rsidR="00F2140B" w:rsidRPr="006B6788">
              <w:rPr>
                <w:rFonts w:asciiTheme="minorHAnsi" w:hAnsiTheme="minorHAnsi"/>
                <w:sz w:val="22"/>
              </w:rPr>
              <w:t xml:space="preserve">Email   </w:t>
            </w: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198429587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3D91" w:rsidRPr="00A1018D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sdtContent>
            </w:sdt>
            <w:r w:rsidR="00F2140B" w:rsidRPr="006B6788">
              <w:rPr>
                <w:rFonts w:asciiTheme="minorHAnsi" w:hAnsiTheme="minorHAnsi"/>
                <w:sz w:val="22"/>
              </w:rPr>
              <w:t xml:space="preserve"> </w:t>
            </w:r>
            <w:r w:rsidR="008C3D91">
              <w:rPr>
                <w:rFonts w:asciiTheme="minorHAnsi" w:hAnsiTheme="minorHAnsi"/>
                <w:sz w:val="22"/>
              </w:rPr>
              <w:t>WhatsApp</w:t>
            </w:r>
            <w:r w:rsidR="00F2140B" w:rsidRPr="006B6788">
              <w:rPr>
                <w:rFonts w:asciiTheme="minorHAnsi" w:hAnsiTheme="minorHAnsi"/>
                <w:sz w:val="22"/>
              </w:rPr>
              <w:t xml:space="preserve">   </w:t>
            </w: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187415103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3D91" w:rsidRPr="00A1018D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sdtContent>
            </w:sdt>
            <w:r w:rsidR="00F2140B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F2140B" w:rsidRPr="006B6788">
              <w:rPr>
                <w:rFonts w:asciiTheme="minorHAnsi" w:hAnsiTheme="minorHAnsi"/>
                <w:sz w:val="22"/>
              </w:rPr>
              <w:t>Lainnya</w:t>
            </w:r>
            <w:proofErr w:type="spellEnd"/>
            <w:r w:rsidR="00F2140B" w:rsidRPr="006B6788">
              <w:rPr>
                <w:rFonts w:asciiTheme="minorHAnsi" w:hAnsiTheme="minorHAnsi"/>
                <w:sz w:val="22"/>
              </w:rPr>
              <w:t>: __________</w:t>
            </w:r>
          </w:p>
        </w:tc>
      </w:tr>
      <w:tr w:rsidR="007F49B0" w:rsidRPr="006B6788" w14:paraId="3AAF2B8C" w14:textId="77777777" w:rsidTr="008C3D91">
        <w:trPr>
          <w:trHeight w:val="351"/>
        </w:trPr>
        <w:tc>
          <w:tcPr>
            <w:tcW w:w="5220" w:type="dxa"/>
            <w:vAlign w:val="center"/>
          </w:tcPr>
          <w:p w14:paraId="5292AD78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Diterima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 xml:space="preserve"> Oleh</w:t>
            </w:r>
          </w:p>
        </w:tc>
        <w:tc>
          <w:tcPr>
            <w:tcW w:w="5220" w:type="dxa"/>
            <w:vAlign w:val="center"/>
          </w:tcPr>
          <w:p w14:paraId="6015AD88" w14:textId="77777777" w:rsidR="007F49B0" w:rsidRPr="006B6788" w:rsidRDefault="007F49B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7F49B0" w:rsidRPr="006B6788" w14:paraId="690C47E4" w14:textId="77777777" w:rsidTr="008C3D91">
        <w:trPr>
          <w:trHeight w:val="434"/>
        </w:trPr>
        <w:tc>
          <w:tcPr>
            <w:tcW w:w="5220" w:type="dxa"/>
            <w:vAlign w:val="center"/>
          </w:tcPr>
          <w:p w14:paraId="6D267E56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Konfirmasi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Penerimaan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Dikirim</w:t>
            </w:r>
            <w:proofErr w:type="spellEnd"/>
          </w:p>
        </w:tc>
        <w:tc>
          <w:tcPr>
            <w:tcW w:w="5220" w:type="dxa"/>
            <w:vAlign w:val="center"/>
          </w:tcPr>
          <w:p w14:paraId="78C99955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="Segoe UI Symbol" w:hAnsi="Segoe UI Symbol" w:cs="Segoe UI Symbol"/>
                <w:sz w:val="22"/>
              </w:rPr>
              <w:t>☐</w:t>
            </w:r>
            <w:r w:rsidRPr="006B6788">
              <w:rPr>
                <w:rFonts w:asciiTheme="minorHAnsi" w:hAnsiTheme="minorHAnsi"/>
                <w:sz w:val="22"/>
              </w:rPr>
              <w:t xml:space="preserve"> Ya, tanggal: __________   </w:t>
            </w:r>
            <w:r w:rsidRPr="006B6788">
              <w:rPr>
                <w:rFonts w:ascii="Segoe UI Symbol" w:hAnsi="Segoe UI Symbol" w:cs="Segoe UI Symbol"/>
                <w:sz w:val="22"/>
              </w:rPr>
              <w:t>☐</w:t>
            </w:r>
            <w:r w:rsidRPr="006B6788">
              <w:rPr>
                <w:rFonts w:asciiTheme="minorHAnsi" w:hAnsiTheme="minorHAnsi"/>
                <w:sz w:val="22"/>
              </w:rPr>
              <w:t xml:space="preserve"> Belum</w:t>
            </w:r>
          </w:p>
        </w:tc>
      </w:tr>
    </w:tbl>
    <w:p w14:paraId="172ED2F8" w14:textId="77777777" w:rsidR="007F49B0" w:rsidRPr="006B6788" w:rsidRDefault="00F2140B" w:rsidP="008C3D91">
      <w:pPr>
        <w:spacing w:before="120"/>
        <w:rPr>
          <w:rFonts w:asciiTheme="minorHAnsi" w:hAnsiTheme="minorHAnsi"/>
          <w:sz w:val="22"/>
        </w:rPr>
      </w:pPr>
      <w:r w:rsidRPr="006B6788">
        <w:rPr>
          <w:rFonts w:asciiTheme="minorHAnsi" w:hAnsiTheme="minorHAnsi"/>
          <w:b/>
          <w:sz w:val="22"/>
        </w:rPr>
        <w:t>E. VALIDASI AWAL</w:t>
      </w:r>
    </w:p>
    <w:tbl>
      <w:tblPr>
        <w:tblStyle w:val="TableGrid"/>
        <w:tblW w:w="10551" w:type="dxa"/>
        <w:tblInd w:w="378" w:type="dxa"/>
        <w:tblLook w:val="04A0" w:firstRow="1" w:lastRow="0" w:firstColumn="1" w:lastColumn="0" w:noHBand="0" w:noVBand="1"/>
      </w:tblPr>
      <w:tblGrid>
        <w:gridCol w:w="552"/>
        <w:gridCol w:w="4618"/>
        <w:gridCol w:w="1783"/>
        <w:gridCol w:w="3598"/>
      </w:tblGrid>
      <w:tr w:rsidR="007F49B0" w:rsidRPr="006B6788" w14:paraId="2547B417" w14:textId="77777777" w:rsidTr="008C3D91">
        <w:trPr>
          <w:trHeight w:val="285"/>
        </w:trPr>
        <w:tc>
          <w:tcPr>
            <w:tcW w:w="552" w:type="dxa"/>
            <w:shd w:val="clear" w:color="auto" w:fill="5B9BD5"/>
            <w:vAlign w:val="center"/>
          </w:tcPr>
          <w:p w14:paraId="7A601F19" w14:textId="77777777" w:rsidR="007F49B0" w:rsidRPr="006B6788" w:rsidRDefault="00F2140B" w:rsidP="008C3D91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b/>
                <w:color w:val="FFFFFF"/>
                <w:sz w:val="22"/>
              </w:rPr>
              <w:t>No.</w:t>
            </w:r>
          </w:p>
        </w:tc>
        <w:tc>
          <w:tcPr>
            <w:tcW w:w="4618" w:type="dxa"/>
            <w:shd w:val="clear" w:color="auto" w:fill="5B9BD5"/>
            <w:vAlign w:val="center"/>
          </w:tcPr>
          <w:p w14:paraId="54960C53" w14:textId="77777777" w:rsidR="007F49B0" w:rsidRPr="006B6788" w:rsidRDefault="00F2140B" w:rsidP="008C3D91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b/>
                <w:color w:val="FFFFFF"/>
                <w:sz w:val="22"/>
              </w:rPr>
              <w:t>Kriteria Validasi</w:t>
            </w:r>
          </w:p>
        </w:tc>
        <w:tc>
          <w:tcPr>
            <w:tcW w:w="1783" w:type="dxa"/>
            <w:shd w:val="clear" w:color="auto" w:fill="5B9BD5"/>
            <w:vAlign w:val="center"/>
          </w:tcPr>
          <w:p w14:paraId="1B63AAF0" w14:textId="77777777" w:rsidR="007F49B0" w:rsidRPr="006B6788" w:rsidRDefault="00F2140B" w:rsidP="008C3D91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b/>
                <w:color w:val="FFFFFF"/>
                <w:sz w:val="22"/>
              </w:rPr>
              <w:t>Ya/Tidak</w:t>
            </w:r>
          </w:p>
        </w:tc>
        <w:tc>
          <w:tcPr>
            <w:tcW w:w="3597" w:type="dxa"/>
            <w:shd w:val="clear" w:color="auto" w:fill="5B9BD5"/>
            <w:vAlign w:val="center"/>
          </w:tcPr>
          <w:p w14:paraId="59A18A69" w14:textId="77777777" w:rsidR="007F49B0" w:rsidRPr="006B6788" w:rsidRDefault="00F2140B" w:rsidP="008C3D91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b/>
                <w:color w:val="FFFFFF"/>
                <w:sz w:val="22"/>
              </w:rPr>
              <w:t>Catatan</w:t>
            </w:r>
          </w:p>
        </w:tc>
      </w:tr>
      <w:tr w:rsidR="007F49B0" w:rsidRPr="006B6788" w14:paraId="6060C22A" w14:textId="77777777" w:rsidTr="008C3D91">
        <w:trPr>
          <w:trHeight w:val="559"/>
        </w:trPr>
        <w:tc>
          <w:tcPr>
            <w:tcW w:w="552" w:type="dxa"/>
            <w:vAlign w:val="center"/>
          </w:tcPr>
          <w:p w14:paraId="4AD496F1" w14:textId="77777777" w:rsidR="007F49B0" w:rsidRPr="006B6788" w:rsidRDefault="00F2140B" w:rsidP="008C3D91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sz w:val="22"/>
              </w:rPr>
              <w:t>1</w:t>
            </w:r>
          </w:p>
        </w:tc>
        <w:tc>
          <w:tcPr>
            <w:tcW w:w="4618" w:type="dxa"/>
            <w:vAlign w:val="center"/>
          </w:tcPr>
          <w:p w14:paraId="58AF8B6B" w14:textId="77777777" w:rsidR="007F49B0" w:rsidRPr="006B6788" w:rsidRDefault="00F2140B" w:rsidP="008C3D91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sz w:val="22"/>
              </w:rPr>
              <w:t>Pengaju merupakan pihak yang berhak mengajukan banding.</w:t>
            </w:r>
          </w:p>
        </w:tc>
        <w:tc>
          <w:tcPr>
            <w:tcW w:w="1783" w:type="dxa"/>
            <w:vAlign w:val="center"/>
          </w:tcPr>
          <w:p w14:paraId="618468FA" w14:textId="0B3DC122" w:rsidR="007F49B0" w:rsidRPr="006B6788" w:rsidRDefault="00913AE5" w:rsidP="008C3D91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2529433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3D91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8C3D91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F2140B" w:rsidRPr="006B6788">
              <w:rPr>
                <w:rFonts w:asciiTheme="minorHAnsi" w:hAnsiTheme="minorHAnsi"/>
                <w:sz w:val="22"/>
              </w:rPr>
              <w:t>Ya</w:t>
            </w:r>
            <w:proofErr w:type="spellEnd"/>
            <w:r w:rsidR="00F2140B" w:rsidRPr="006B6788">
              <w:rPr>
                <w:rFonts w:asciiTheme="minorHAnsi" w:hAnsiTheme="minorHAnsi"/>
                <w:sz w:val="22"/>
              </w:rPr>
              <w:t xml:space="preserve">   </w:t>
            </w: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37832362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3D91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F2140B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F2140B" w:rsidRPr="006B6788">
              <w:rPr>
                <w:rFonts w:asciiTheme="minorHAnsi" w:hAnsiTheme="minorHAnsi"/>
                <w:sz w:val="22"/>
              </w:rPr>
              <w:t>Tidak</w:t>
            </w:r>
            <w:proofErr w:type="spellEnd"/>
          </w:p>
        </w:tc>
        <w:tc>
          <w:tcPr>
            <w:tcW w:w="3597" w:type="dxa"/>
            <w:vAlign w:val="center"/>
          </w:tcPr>
          <w:p w14:paraId="2FBC283F" w14:textId="77777777" w:rsidR="007F49B0" w:rsidRPr="006B6788" w:rsidRDefault="007F49B0" w:rsidP="008C3D91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8C3D91" w:rsidRPr="006B6788" w14:paraId="25E3E107" w14:textId="77777777" w:rsidTr="008C3D91">
        <w:trPr>
          <w:trHeight w:val="570"/>
        </w:trPr>
        <w:tc>
          <w:tcPr>
            <w:tcW w:w="552" w:type="dxa"/>
            <w:vAlign w:val="center"/>
          </w:tcPr>
          <w:p w14:paraId="7B05B7D2" w14:textId="77777777" w:rsidR="008C3D91" w:rsidRPr="006B6788" w:rsidRDefault="008C3D91" w:rsidP="008C3D91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sz w:val="22"/>
              </w:rPr>
              <w:t>2</w:t>
            </w:r>
          </w:p>
        </w:tc>
        <w:tc>
          <w:tcPr>
            <w:tcW w:w="4618" w:type="dxa"/>
            <w:vAlign w:val="center"/>
          </w:tcPr>
          <w:p w14:paraId="2569E914" w14:textId="77777777" w:rsidR="008C3D91" w:rsidRPr="006B6788" w:rsidRDefault="008C3D91" w:rsidP="008C3D91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sz w:val="22"/>
              </w:rPr>
              <w:t>Banding diajukan dalam batas waktu yang ditetapkan.</w:t>
            </w:r>
          </w:p>
        </w:tc>
        <w:tc>
          <w:tcPr>
            <w:tcW w:w="1783" w:type="dxa"/>
            <w:vAlign w:val="center"/>
          </w:tcPr>
          <w:p w14:paraId="6B1F6C6B" w14:textId="69D02111" w:rsidR="008C3D91" w:rsidRPr="006B6788" w:rsidRDefault="00913AE5" w:rsidP="008C3D91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106047913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3D91" w:rsidRPr="003C26A1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8C3D91" w:rsidRPr="003C26A1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8C3D91" w:rsidRPr="003C26A1">
              <w:rPr>
                <w:rFonts w:asciiTheme="minorHAnsi" w:hAnsiTheme="minorHAnsi"/>
                <w:sz w:val="22"/>
              </w:rPr>
              <w:t>Ya</w:t>
            </w:r>
            <w:proofErr w:type="spellEnd"/>
            <w:r w:rsidR="008C3D91" w:rsidRPr="003C26A1">
              <w:rPr>
                <w:rFonts w:asciiTheme="minorHAnsi" w:hAnsiTheme="minorHAnsi"/>
                <w:sz w:val="22"/>
              </w:rPr>
              <w:t xml:space="preserve">   </w:t>
            </w: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79248598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3D91" w:rsidRPr="003C26A1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8C3D91" w:rsidRPr="003C26A1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8C3D91" w:rsidRPr="003C26A1">
              <w:rPr>
                <w:rFonts w:asciiTheme="minorHAnsi" w:hAnsiTheme="minorHAnsi"/>
                <w:sz w:val="22"/>
              </w:rPr>
              <w:t>Tidak</w:t>
            </w:r>
            <w:proofErr w:type="spellEnd"/>
          </w:p>
        </w:tc>
        <w:tc>
          <w:tcPr>
            <w:tcW w:w="3597" w:type="dxa"/>
            <w:vAlign w:val="center"/>
          </w:tcPr>
          <w:p w14:paraId="2F8F4201" w14:textId="77777777" w:rsidR="008C3D91" w:rsidRPr="006B6788" w:rsidRDefault="008C3D91" w:rsidP="008C3D91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8C3D91" w:rsidRPr="006B6788" w14:paraId="1A48F695" w14:textId="77777777" w:rsidTr="008C3D91">
        <w:trPr>
          <w:trHeight w:val="570"/>
        </w:trPr>
        <w:tc>
          <w:tcPr>
            <w:tcW w:w="552" w:type="dxa"/>
            <w:vAlign w:val="center"/>
          </w:tcPr>
          <w:p w14:paraId="323C9A04" w14:textId="77777777" w:rsidR="008C3D91" w:rsidRPr="006B6788" w:rsidRDefault="008C3D91" w:rsidP="008C3D91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sz w:val="22"/>
              </w:rPr>
              <w:t>3</w:t>
            </w:r>
          </w:p>
        </w:tc>
        <w:tc>
          <w:tcPr>
            <w:tcW w:w="4618" w:type="dxa"/>
            <w:vAlign w:val="center"/>
          </w:tcPr>
          <w:p w14:paraId="59ED6870" w14:textId="77777777" w:rsidR="008C3D91" w:rsidRPr="006B6788" w:rsidRDefault="008C3D91" w:rsidP="008C3D91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sz w:val="22"/>
              </w:rPr>
              <w:t>Objek yang diajukan merupakan keputusan terkait status sertifikasi.</w:t>
            </w:r>
          </w:p>
        </w:tc>
        <w:tc>
          <w:tcPr>
            <w:tcW w:w="1783" w:type="dxa"/>
            <w:vAlign w:val="center"/>
          </w:tcPr>
          <w:p w14:paraId="03CC7A7E" w14:textId="43401606" w:rsidR="008C3D91" w:rsidRPr="006B6788" w:rsidRDefault="00913AE5" w:rsidP="008C3D91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85462234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3D91" w:rsidRPr="003C26A1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8C3D91" w:rsidRPr="003C26A1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8C3D91" w:rsidRPr="003C26A1">
              <w:rPr>
                <w:rFonts w:asciiTheme="minorHAnsi" w:hAnsiTheme="minorHAnsi"/>
                <w:sz w:val="22"/>
              </w:rPr>
              <w:t>Ya</w:t>
            </w:r>
            <w:proofErr w:type="spellEnd"/>
            <w:r w:rsidR="008C3D91" w:rsidRPr="003C26A1">
              <w:rPr>
                <w:rFonts w:asciiTheme="minorHAnsi" w:hAnsiTheme="minorHAnsi"/>
                <w:sz w:val="22"/>
              </w:rPr>
              <w:t xml:space="preserve">   </w:t>
            </w: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40095293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3D91" w:rsidRPr="003C26A1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8C3D91" w:rsidRPr="003C26A1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8C3D91" w:rsidRPr="003C26A1">
              <w:rPr>
                <w:rFonts w:asciiTheme="minorHAnsi" w:hAnsiTheme="minorHAnsi"/>
                <w:sz w:val="22"/>
              </w:rPr>
              <w:t>Tidak</w:t>
            </w:r>
            <w:proofErr w:type="spellEnd"/>
          </w:p>
        </w:tc>
        <w:tc>
          <w:tcPr>
            <w:tcW w:w="3597" w:type="dxa"/>
            <w:vAlign w:val="center"/>
          </w:tcPr>
          <w:p w14:paraId="5683D32B" w14:textId="77777777" w:rsidR="008C3D91" w:rsidRPr="006B6788" w:rsidRDefault="008C3D91" w:rsidP="008C3D91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8C3D91" w:rsidRPr="006B6788" w14:paraId="151F7441" w14:textId="77777777" w:rsidTr="008C3D91">
        <w:trPr>
          <w:trHeight w:val="592"/>
        </w:trPr>
        <w:tc>
          <w:tcPr>
            <w:tcW w:w="552" w:type="dxa"/>
            <w:vAlign w:val="center"/>
          </w:tcPr>
          <w:p w14:paraId="7C28836C" w14:textId="77777777" w:rsidR="008C3D91" w:rsidRPr="006B6788" w:rsidRDefault="008C3D91" w:rsidP="008C3D91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sz w:val="22"/>
              </w:rPr>
              <w:t>4</w:t>
            </w:r>
          </w:p>
        </w:tc>
        <w:tc>
          <w:tcPr>
            <w:tcW w:w="4618" w:type="dxa"/>
            <w:vAlign w:val="center"/>
          </w:tcPr>
          <w:p w14:paraId="3946C982" w14:textId="77777777" w:rsidR="008C3D91" w:rsidRPr="006B6788" w:rsidRDefault="008C3D91" w:rsidP="008C3D91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sz w:val="22"/>
              </w:rPr>
              <w:t>Keputusan yang dibanding dapat diidentifikasi.</w:t>
            </w:r>
          </w:p>
        </w:tc>
        <w:tc>
          <w:tcPr>
            <w:tcW w:w="1783" w:type="dxa"/>
            <w:vAlign w:val="center"/>
          </w:tcPr>
          <w:p w14:paraId="6BAD630E" w14:textId="13840B0E" w:rsidR="008C3D91" w:rsidRPr="006B6788" w:rsidRDefault="00913AE5" w:rsidP="008C3D91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12004509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3D91" w:rsidRPr="003C26A1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8C3D91" w:rsidRPr="003C26A1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8C3D91" w:rsidRPr="003C26A1">
              <w:rPr>
                <w:rFonts w:asciiTheme="minorHAnsi" w:hAnsiTheme="minorHAnsi"/>
                <w:sz w:val="22"/>
              </w:rPr>
              <w:t>Ya</w:t>
            </w:r>
            <w:proofErr w:type="spellEnd"/>
            <w:r w:rsidR="008C3D91" w:rsidRPr="003C26A1">
              <w:rPr>
                <w:rFonts w:asciiTheme="minorHAnsi" w:hAnsiTheme="minorHAnsi"/>
                <w:sz w:val="22"/>
              </w:rPr>
              <w:t xml:space="preserve">   </w:t>
            </w: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10290203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3D91" w:rsidRPr="003C26A1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8C3D91" w:rsidRPr="003C26A1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8C3D91" w:rsidRPr="003C26A1">
              <w:rPr>
                <w:rFonts w:asciiTheme="minorHAnsi" w:hAnsiTheme="minorHAnsi"/>
                <w:sz w:val="22"/>
              </w:rPr>
              <w:t>Tidak</w:t>
            </w:r>
            <w:proofErr w:type="spellEnd"/>
          </w:p>
        </w:tc>
        <w:tc>
          <w:tcPr>
            <w:tcW w:w="3597" w:type="dxa"/>
            <w:vAlign w:val="center"/>
          </w:tcPr>
          <w:p w14:paraId="75BE0053" w14:textId="77777777" w:rsidR="008C3D91" w:rsidRPr="006B6788" w:rsidRDefault="008C3D91" w:rsidP="008C3D91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8C3D91" w:rsidRPr="006B6788" w14:paraId="12C70F8A" w14:textId="77777777" w:rsidTr="008C3D91">
        <w:trPr>
          <w:trHeight w:val="582"/>
        </w:trPr>
        <w:tc>
          <w:tcPr>
            <w:tcW w:w="552" w:type="dxa"/>
            <w:vAlign w:val="center"/>
          </w:tcPr>
          <w:p w14:paraId="72BB9E14" w14:textId="77777777" w:rsidR="008C3D91" w:rsidRPr="006B6788" w:rsidRDefault="008C3D91" w:rsidP="008C3D91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sz w:val="22"/>
              </w:rPr>
              <w:t>5</w:t>
            </w:r>
          </w:p>
        </w:tc>
        <w:tc>
          <w:tcPr>
            <w:tcW w:w="4618" w:type="dxa"/>
            <w:vAlign w:val="center"/>
          </w:tcPr>
          <w:p w14:paraId="22AC5583" w14:textId="77777777" w:rsidR="008C3D91" w:rsidRPr="006B6788" w:rsidRDefault="008C3D91" w:rsidP="008C3D91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sz w:val="22"/>
              </w:rPr>
              <w:t>Alasan/pokok banding dijelaskan.</w:t>
            </w:r>
          </w:p>
        </w:tc>
        <w:tc>
          <w:tcPr>
            <w:tcW w:w="1783" w:type="dxa"/>
            <w:vAlign w:val="center"/>
          </w:tcPr>
          <w:p w14:paraId="485939F6" w14:textId="0AD03AE0" w:rsidR="008C3D91" w:rsidRPr="006B6788" w:rsidRDefault="00913AE5" w:rsidP="008C3D91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12468457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3D91" w:rsidRPr="003C26A1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8C3D91" w:rsidRPr="003C26A1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8C3D91" w:rsidRPr="003C26A1">
              <w:rPr>
                <w:rFonts w:asciiTheme="minorHAnsi" w:hAnsiTheme="minorHAnsi"/>
                <w:sz w:val="22"/>
              </w:rPr>
              <w:t>Ya</w:t>
            </w:r>
            <w:proofErr w:type="spellEnd"/>
            <w:r w:rsidR="008C3D91" w:rsidRPr="003C26A1">
              <w:rPr>
                <w:rFonts w:asciiTheme="minorHAnsi" w:hAnsiTheme="minorHAnsi"/>
                <w:sz w:val="22"/>
              </w:rPr>
              <w:t xml:space="preserve">   </w:t>
            </w: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194164181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3D91" w:rsidRPr="003C26A1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8C3D91" w:rsidRPr="003C26A1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8C3D91" w:rsidRPr="003C26A1">
              <w:rPr>
                <w:rFonts w:asciiTheme="minorHAnsi" w:hAnsiTheme="minorHAnsi"/>
                <w:sz w:val="22"/>
              </w:rPr>
              <w:t>Tidak</w:t>
            </w:r>
            <w:proofErr w:type="spellEnd"/>
          </w:p>
        </w:tc>
        <w:tc>
          <w:tcPr>
            <w:tcW w:w="3597" w:type="dxa"/>
            <w:vAlign w:val="center"/>
          </w:tcPr>
          <w:p w14:paraId="22117520" w14:textId="77777777" w:rsidR="008C3D91" w:rsidRPr="006B6788" w:rsidRDefault="008C3D91" w:rsidP="008C3D91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7F49B0" w:rsidRPr="006B6788" w14:paraId="3778F209" w14:textId="77777777" w:rsidTr="008C3D91">
        <w:trPr>
          <w:trHeight w:val="625"/>
        </w:trPr>
        <w:tc>
          <w:tcPr>
            <w:tcW w:w="5170" w:type="dxa"/>
            <w:gridSpan w:val="2"/>
            <w:vAlign w:val="center"/>
          </w:tcPr>
          <w:p w14:paraId="04D81ACF" w14:textId="77777777" w:rsidR="007F49B0" w:rsidRPr="006B6788" w:rsidRDefault="00F2140B" w:rsidP="008C3D91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b/>
                <w:sz w:val="22"/>
              </w:rPr>
              <w:t xml:space="preserve">Hasil 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Validasi</w:t>
            </w:r>
            <w:proofErr w:type="spellEnd"/>
          </w:p>
        </w:tc>
        <w:tc>
          <w:tcPr>
            <w:tcW w:w="5381" w:type="dxa"/>
            <w:gridSpan w:val="2"/>
            <w:vAlign w:val="center"/>
          </w:tcPr>
          <w:p w14:paraId="03B9648D" w14:textId="77777777" w:rsidR="008C3D91" w:rsidRDefault="00913AE5" w:rsidP="008C3D91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77192916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3D91" w:rsidRPr="003C26A1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F2140B" w:rsidRPr="006B6788">
              <w:rPr>
                <w:rFonts w:asciiTheme="minorHAnsi" w:hAnsiTheme="minorHAnsi"/>
                <w:sz w:val="22"/>
              </w:rPr>
              <w:t xml:space="preserve"> Valid dan </w:t>
            </w:r>
            <w:proofErr w:type="spellStart"/>
            <w:r w:rsidR="00F2140B" w:rsidRPr="006B6788">
              <w:rPr>
                <w:rFonts w:asciiTheme="minorHAnsi" w:hAnsiTheme="minorHAnsi"/>
                <w:sz w:val="22"/>
              </w:rPr>
              <w:t>Lengkap</w:t>
            </w:r>
            <w:proofErr w:type="spellEnd"/>
            <w:r w:rsidR="00F2140B" w:rsidRPr="006B6788">
              <w:rPr>
                <w:rFonts w:asciiTheme="minorHAnsi" w:hAnsiTheme="minorHAnsi"/>
                <w:sz w:val="22"/>
              </w:rPr>
              <w:t xml:space="preserve">   </w:t>
            </w: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212476239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3D91" w:rsidRPr="003C26A1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F2140B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F2140B" w:rsidRPr="006B6788">
              <w:rPr>
                <w:rFonts w:asciiTheme="minorHAnsi" w:hAnsiTheme="minorHAnsi"/>
                <w:sz w:val="22"/>
              </w:rPr>
              <w:t>Perlu</w:t>
            </w:r>
            <w:proofErr w:type="spellEnd"/>
            <w:r w:rsidR="00F2140B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F2140B" w:rsidRPr="006B6788">
              <w:rPr>
                <w:rFonts w:asciiTheme="minorHAnsi" w:hAnsiTheme="minorHAnsi"/>
                <w:sz w:val="22"/>
              </w:rPr>
              <w:t>Dilengkapi</w:t>
            </w:r>
            <w:proofErr w:type="spellEnd"/>
            <w:r w:rsidR="00F2140B" w:rsidRPr="006B6788">
              <w:rPr>
                <w:rFonts w:asciiTheme="minorHAnsi" w:hAnsiTheme="minorHAnsi"/>
                <w:sz w:val="22"/>
              </w:rPr>
              <w:t xml:space="preserve"> </w:t>
            </w:r>
          </w:p>
          <w:p w14:paraId="71893310" w14:textId="6170022A" w:rsidR="007F49B0" w:rsidRPr="006B6788" w:rsidRDefault="00913AE5" w:rsidP="008C3D91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181224155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3D91" w:rsidRPr="003C26A1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8C3D91" w:rsidRPr="003C26A1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F2140B" w:rsidRPr="006B6788">
              <w:rPr>
                <w:rFonts w:asciiTheme="minorHAnsi" w:hAnsiTheme="minorHAnsi"/>
                <w:sz w:val="22"/>
              </w:rPr>
              <w:t>Tidak</w:t>
            </w:r>
            <w:proofErr w:type="spellEnd"/>
            <w:r w:rsidR="00F2140B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F2140B" w:rsidRPr="006B6788">
              <w:rPr>
                <w:rFonts w:asciiTheme="minorHAnsi" w:hAnsiTheme="minorHAnsi"/>
                <w:sz w:val="22"/>
              </w:rPr>
              <w:t>Dapat</w:t>
            </w:r>
            <w:proofErr w:type="spellEnd"/>
            <w:r w:rsidR="00F2140B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F2140B" w:rsidRPr="006B6788">
              <w:rPr>
                <w:rFonts w:asciiTheme="minorHAnsi" w:hAnsiTheme="minorHAnsi"/>
                <w:sz w:val="22"/>
              </w:rPr>
              <w:t>Diproses</w:t>
            </w:r>
            <w:proofErr w:type="spellEnd"/>
            <w:r w:rsidR="00F2140B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F2140B" w:rsidRPr="006B6788">
              <w:rPr>
                <w:rFonts w:asciiTheme="minorHAnsi" w:hAnsiTheme="minorHAnsi"/>
                <w:sz w:val="22"/>
              </w:rPr>
              <w:t>sebagai</w:t>
            </w:r>
            <w:proofErr w:type="spellEnd"/>
            <w:r w:rsidR="00F2140B" w:rsidRPr="006B6788">
              <w:rPr>
                <w:rFonts w:asciiTheme="minorHAnsi" w:hAnsiTheme="minorHAnsi"/>
                <w:sz w:val="22"/>
              </w:rPr>
              <w:t xml:space="preserve"> Banding</w:t>
            </w:r>
          </w:p>
        </w:tc>
      </w:tr>
      <w:tr w:rsidR="007F49B0" w:rsidRPr="006B6788" w14:paraId="5FCAA7B0" w14:textId="77777777" w:rsidTr="008C3D91">
        <w:trPr>
          <w:trHeight w:val="423"/>
        </w:trPr>
        <w:tc>
          <w:tcPr>
            <w:tcW w:w="5170" w:type="dxa"/>
            <w:gridSpan w:val="2"/>
            <w:vAlign w:val="center"/>
          </w:tcPr>
          <w:p w14:paraId="569B692A" w14:textId="77777777" w:rsidR="007F49B0" w:rsidRPr="006B6788" w:rsidRDefault="00F2140B" w:rsidP="008C3D91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Tanggal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Permintaan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Kelengkapan</w:t>
            </w:r>
            <w:proofErr w:type="spellEnd"/>
          </w:p>
        </w:tc>
        <w:tc>
          <w:tcPr>
            <w:tcW w:w="5381" w:type="dxa"/>
            <w:gridSpan w:val="2"/>
            <w:vAlign w:val="center"/>
          </w:tcPr>
          <w:p w14:paraId="231E630D" w14:textId="77777777" w:rsidR="007F49B0" w:rsidRPr="006B6788" w:rsidRDefault="007F49B0" w:rsidP="008C3D91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7F49B0" w:rsidRPr="006B6788" w14:paraId="42B7020F" w14:textId="77777777" w:rsidTr="008C3D91">
        <w:trPr>
          <w:trHeight w:val="441"/>
        </w:trPr>
        <w:tc>
          <w:tcPr>
            <w:tcW w:w="5170" w:type="dxa"/>
            <w:gridSpan w:val="2"/>
            <w:vAlign w:val="center"/>
          </w:tcPr>
          <w:p w14:paraId="7C8FED17" w14:textId="77777777" w:rsidR="007F49B0" w:rsidRPr="006B6788" w:rsidRDefault="00F2140B" w:rsidP="008C3D91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b/>
                <w:sz w:val="22"/>
              </w:rPr>
              <w:t xml:space="preserve">Batas Waktu 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Kelengkapan</w:t>
            </w:r>
            <w:proofErr w:type="spellEnd"/>
          </w:p>
        </w:tc>
        <w:tc>
          <w:tcPr>
            <w:tcW w:w="5381" w:type="dxa"/>
            <w:gridSpan w:val="2"/>
            <w:vAlign w:val="center"/>
          </w:tcPr>
          <w:p w14:paraId="3887899C" w14:textId="77777777" w:rsidR="007F49B0" w:rsidRPr="006B6788" w:rsidRDefault="007F49B0" w:rsidP="008C3D91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7F49B0" w:rsidRPr="006B6788" w14:paraId="487A380E" w14:textId="77777777" w:rsidTr="008C3D91">
        <w:trPr>
          <w:trHeight w:val="441"/>
        </w:trPr>
        <w:tc>
          <w:tcPr>
            <w:tcW w:w="5170" w:type="dxa"/>
            <w:gridSpan w:val="2"/>
            <w:vAlign w:val="center"/>
          </w:tcPr>
          <w:p w14:paraId="01D6D1DE" w14:textId="77777777" w:rsidR="007F49B0" w:rsidRPr="006B6788" w:rsidRDefault="00F2140B" w:rsidP="008C3D91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Tanggal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Berkas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Dinyatakan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Lengkap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 xml:space="preserve"> dan Valid</w:t>
            </w:r>
          </w:p>
        </w:tc>
        <w:tc>
          <w:tcPr>
            <w:tcW w:w="5381" w:type="dxa"/>
            <w:gridSpan w:val="2"/>
            <w:vAlign w:val="center"/>
          </w:tcPr>
          <w:p w14:paraId="293DF203" w14:textId="77777777" w:rsidR="007F49B0" w:rsidRPr="006B6788" w:rsidRDefault="007F49B0" w:rsidP="008C3D91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7F49B0" w:rsidRPr="006B6788" w14:paraId="198DEDBA" w14:textId="77777777" w:rsidTr="008C3D91">
        <w:trPr>
          <w:trHeight w:val="570"/>
        </w:trPr>
        <w:tc>
          <w:tcPr>
            <w:tcW w:w="5170" w:type="dxa"/>
            <w:gridSpan w:val="2"/>
            <w:vAlign w:val="center"/>
          </w:tcPr>
          <w:p w14:paraId="13C54F33" w14:textId="77777777" w:rsidR="007F49B0" w:rsidRPr="006B6788" w:rsidRDefault="00F2140B" w:rsidP="008C3D91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Alasan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jika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Tidak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Dapat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 xml:space="preserve"> Diproses sebagai Banding</w:t>
            </w:r>
          </w:p>
        </w:tc>
        <w:tc>
          <w:tcPr>
            <w:tcW w:w="5381" w:type="dxa"/>
            <w:gridSpan w:val="2"/>
            <w:vAlign w:val="center"/>
          </w:tcPr>
          <w:p w14:paraId="137C1067" w14:textId="77777777" w:rsidR="007F49B0" w:rsidRPr="006B6788" w:rsidRDefault="00F2140B" w:rsidP="008C3D91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sz w:val="22"/>
              </w:rPr>
              <w:br/>
            </w:r>
          </w:p>
        </w:tc>
      </w:tr>
    </w:tbl>
    <w:p w14:paraId="74E5B5C9" w14:textId="77777777" w:rsidR="007F49B0" w:rsidRPr="006B6788" w:rsidRDefault="00F2140B" w:rsidP="008C3D91">
      <w:pPr>
        <w:spacing w:before="120"/>
        <w:rPr>
          <w:rFonts w:asciiTheme="minorHAnsi" w:hAnsiTheme="minorHAnsi"/>
          <w:sz w:val="22"/>
        </w:rPr>
      </w:pPr>
      <w:r w:rsidRPr="006B6788">
        <w:rPr>
          <w:rFonts w:asciiTheme="minorHAnsi" w:hAnsiTheme="minorHAnsi"/>
          <w:b/>
          <w:sz w:val="22"/>
        </w:rPr>
        <w:t>F. PENUGASAN DAN INDEPENDENSI</w:t>
      </w:r>
    </w:p>
    <w:tbl>
      <w:tblPr>
        <w:tblStyle w:val="TableGrid"/>
        <w:tblW w:w="10491" w:type="dxa"/>
        <w:tblInd w:w="378" w:type="dxa"/>
        <w:tblLook w:val="04A0" w:firstRow="1" w:lastRow="0" w:firstColumn="1" w:lastColumn="0" w:noHBand="0" w:noVBand="1"/>
      </w:tblPr>
      <w:tblGrid>
        <w:gridCol w:w="5052"/>
        <w:gridCol w:w="5439"/>
      </w:tblGrid>
      <w:tr w:rsidR="007F49B0" w:rsidRPr="006B6788" w14:paraId="17B7B232" w14:textId="77777777" w:rsidTr="008C3D91">
        <w:trPr>
          <w:trHeight w:val="456"/>
        </w:trPr>
        <w:tc>
          <w:tcPr>
            <w:tcW w:w="5052" w:type="dxa"/>
            <w:vAlign w:val="center"/>
          </w:tcPr>
          <w:p w14:paraId="2B7BC938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b/>
                <w:sz w:val="22"/>
              </w:rPr>
              <w:t>Nama Investigator/PIC Banding</w:t>
            </w:r>
          </w:p>
        </w:tc>
        <w:tc>
          <w:tcPr>
            <w:tcW w:w="5439" w:type="dxa"/>
            <w:vAlign w:val="center"/>
          </w:tcPr>
          <w:p w14:paraId="46E34415" w14:textId="77777777" w:rsidR="007F49B0" w:rsidRPr="006B6788" w:rsidRDefault="007F49B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7F49B0" w:rsidRPr="006B6788" w14:paraId="24D02980" w14:textId="77777777" w:rsidTr="008C3D91">
        <w:trPr>
          <w:trHeight w:val="456"/>
        </w:trPr>
        <w:tc>
          <w:tcPr>
            <w:tcW w:w="5052" w:type="dxa"/>
            <w:vAlign w:val="center"/>
          </w:tcPr>
          <w:p w14:paraId="7D3BF676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b/>
                <w:sz w:val="22"/>
              </w:rPr>
              <w:t>Nomor/Tanggal Surat Tugas</w:t>
            </w:r>
          </w:p>
        </w:tc>
        <w:tc>
          <w:tcPr>
            <w:tcW w:w="5439" w:type="dxa"/>
            <w:vAlign w:val="center"/>
          </w:tcPr>
          <w:p w14:paraId="006B05F5" w14:textId="77777777" w:rsidR="007F49B0" w:rsidRPr="006B6788" w:rsidRDefault="007F49B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7F49B0" w:rsidRPr="006B6788" w14:paraId="71458886" w14:textId="77777777" w:rsidTr="008C3D91">
        <w:trPr>
          <w:trHeight w:val="508"/>
        </w:trPr>
        <w:tc>
          <w:tcPr>
            <w:tcW w:w="5052" w:type="dxa"/>
            <w:vAlign w:val="center"/>
          </w:tcPr>
          <w:p w14:paraId="60D4CE65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b/>
                <w:sz w:val="22"/>
              </w:rPr>
              <w:t>Pemeriksaan Konflik Kepentingan Investigator</w:t>
            </w:r>
          </w:p>
        </w:tc>
        <w:tc>
          <w:tcPr>
            <w:tcW w:w="5439" w:type="dxa"/>
            <w:vAlign w:val="center"/>
          </w:tcPr>
          <w:p w14:paraId="5EFED530" w14:textId="12E6ED51" w:rsidR="007F49B0" w:rsidRPr="006B6788" w:rsidRDefault="00913AE5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3280293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3D91" w:rsidRPr="003C26A1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F2140B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F2140B" w:rsidRPr="006B6788">
              <w:rPr>
                <w:rFonts w:asciiTheme="minorHAnsi" w:hAnsiTheme="minorHAnsi"/>
                <w:sz w:val="22"/>
              </w:rPr>
              <w:t>Tidak</w:t>
            </w:r>
            <w:proofErr w:type="spellEnd"/>
            <w:r w:rsidR="00F2140B" w:rsidRPr="006B6788">
              <w:rPr>
                <w:rFonts w:asciiTheme="minorHAnsi" w:hAnsiTheme="minorHAnsi"/>
                <w:sz w:val="22"/>
              </w:rPr>
              <w:t xml:space="preserve"> Ada </w:t>
            </w:r>
            <w:proofErr w:type="spellStart"/>
            <w:r w:rsidR="00F2140B" w:rsidRPr="006B6788">
              <w:rPr>
                <w:rFonts w:asciiTheme="minorHAnsi" w:hAnsiTheme="minorHAnsi"/>
                <w:sz w:val="22"/>
              </w:rPr>
              <w:t>Konflik</w:t>
            </w:r>
            <w:proofErr w:type="spellEnd"/>
            <w:r w:rsidR="00F2140B" w:rsidRPr="006B6788">
              <w:rPr>
                <w:rFonts w:asciiTheme="minorHAnsi" w:hAnsiTheme="minorHAnsi"/>
                <w:sz w:val="22"/>
              </w:rPr>
              <w:t xml:space="preserve">   </w:t>
            </w: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166150321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3D91" w:rsidRPr="003C26A1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8C3D91" w:rsidRPr="003C26A1">
              <w:rPr>
                <w:rFonts w:asciiTheme="minorHAnsi" w:hAnsiTheme="minorHAnsi"/>
                <w:sz w:val="22"/>
              </w:rPr>
              <w:t xml:space="preserve"> </w:t>
            </w:r>
            <w:r w:rsidR="00F2140B" w:rsidRPr="006B6788">
              <w:rPr>
                <w:rFonts w:asciiTheme="minorHAnsi" w:hAnsiTheme="minorHAnsi"/>
                <w:sz w:val="22"/>
              </w:rPr>
              <w:t xml:space="preserve">Ada </w:t>
            </w:r>
            <w:proofErr w:type="spellStart"/>
            <w:r w:rsidR="00F2140B" w:rsidRPr="006B6788">
              <w:rPr>
                <w:rFonts w:asciiTheme="minorHAnsi" w:hAnsiTheme="minorHAnsi"/>
                <w:sz w:val="22"/>
              </w:rPr>
              <w:t>Konflik</w:t>
            </w:r>
            <w:proofErr w:type="spellEnd"/>
            <w:r w:rsidR="00F2140B" w:rsidRPr="006B6788">
              <w:rPr>
                <w:rFonts w:asciiTheme="minorHAnsi" w:hAnsiTheme="minorHAnsi"/>
                <w:sz w:val="22"/>
              </w:rPr>
              <w:t xml:space="preserve"> - </w:t>
            </w:r>
            <w:proofErr w:type="spellStart"/>
            <w:r w:rsidR="00F2140B" w:rsidRPr="006B6788">
              <w:rPr>
                <w:rFonts w:asciiTheme="minorHAnsi" w:hAnsiTheme="minorHAnsi"/>
                <w:sz w:val="22"/>
              </w:rPr>
              <w:t>ganti</w:t>
            </w:r>
            <w:proofErr w:type="spellEnd"/>
            <w:r w:rsidR="00F2140B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F2140B" w:rsidRPr="006B6788">
              <w:rPr>
                <w:rFonts w:asciiTheme="minorHAnsi" w:hAnsiTheme="minorHAnsi"/>
                <w:sz w:val="22"/>
              </w:rPr>
              <w:t>personel</w:t>
            </w:r>
            <w:proofErr w:type="spellEnd"/>
          </w:p>
        </w:tc>
      </w:tr>
      <w:tr w:rsidR="007F49B0" w:rsidRPr="006B6788" w14:paraId="3709CD4D" w14:textId="77777777" w:rsidTr="008C3D91">
        <w:trPr>
          <w:trHeight w:val="456"/>
        </w:trPr>
        <w:tc>
          <w:tcPr>
            <w:tcW w:w="5052" w:type="dxa"/>
            <w:vAlign w:val="center"/>
          </w:tcPr>
          <w:p w14:paraId="139360B6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r w:rsidRPr="006B6788">
              <w:rPr>
                <w:rFonts w:asciiTheme="minorHAnsi" w:hAnsiTheme="minorHAnsi"/>
                <w:b/>
                <w:sz w:val="22"/>
              </w:rPr>
              <w:t>Nama Pengambil Keputusan Banding</w:t>
            </w:r>
          </w:p>
        </w:tc>
        <w:tc>
          <w:tcPr>
            <w:tcW w:w="5439" w:type="dxa"/>
            <w:vAlign w:val="center"/>
          </w:tcPr>
          <w:p w14:paraId="17F1EC7A" w14:textId="77777777" w:rsidR="007F49B0" w:rsidRPr="006B6788" w:rsidRDefault="007F49B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7F49B0" w:rsidRPr="006B6788" w14:paraId="40A71CC7" w14:textId="77777777" w:rsidTr="008C3D91">
        <w:trPr>
          <w:trHeight w:val="603"/>
        </w:trPr>
        <w:tc>
          <w:tcPr>
            <w:tcW w:w="5052" w:type="dxa"/>
            <w:vAlign w:val="center"/>
          </w:tcPr>
          <w:p w14:paraId="0E15D9AB" w14:textId="77777777" w:rsidR="007F49B0" w:rsidRPr="006B6788" w:rsidRDefault="00F2140B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Pemeriksaan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Konflik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Kepentingan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6B6788">
              <w:rPr>
                <w:rFonts w:asciiTheme="minorHAnsi" w:hAnsiTheme="minorHAnsi"/>
                <w:b/>
                <w:sz w:val="22"/>
              </w:rPr>
              <w:t>Pengambil</w:t>
            </w:r>
            <w:proofErr w:type="spellEnd"/>
            <w:r w:rsidRPr="006B6788">
              <w:rPr>
                <w:rFonts w:asciiTheme="minorHAnsi" w:hAnsiTheme="minorHAnsi"/>
                <w:b/>
                <w:sz w:val="22"/>
              </w:rPr>
              <w:t xml:space="preserve"> Keputusan</w:t>
            </w:r>
          </w:p>
        </w:tc>
        <w:tc>
          <w:tcPr>
            <w:tcW w:w="5439" w:type="dxa"/>
            <w:vAlign w:val="center"/>
          </w:tcPr>
          <w:p w14:paraId="774C2EAA" w14:textId="36E14626" w:rsidR="007F49B0" w:rsidRPr="006B6788" w:rsidRDefault="00913AE5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58643379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3D91" w:rsidRPr="003C26A1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F2140B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F2140B" w:rsidRPr="006B6788">
              <w:rPr>
                <w:rFonts w:asciiTheme="minorHAnsi" w:hAnsiTheme="minorHAnsi"/>
                <w:sz w:val="22"/>
              </w:rPr>
              <w:t>Tidak</w:t>
            </w:r>
            <w:proofErr w:type="spellEnd"/>
            <w:r w:rsidR="00F2140B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F2140B" w:rsidRPr="006B6788">
              <w:rPr>
                <w:rFonts w:asciiTheme="minorHAnsi" w:hAnsiTheme="minorHAnsi"/>
                <w:sz w:val="22"/>
              </w:rPr>
              <w:t>terlibat</w:t>
            </w:r>
            <w:proofErr w:type="spellEnd"/>
            <w:r w:rsidR="00F2140B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F2140B" w:rsidRPr="006B6788">
              <w:rPr>
                <w:rFonts w:asciiTheme="minorHAnsi" w:hAnsiTheme="minorHAnsi"/>
                <w:sz w:val="22"/>
              </w:rPr>
              <w:t>dalam</w:t>
            </w:r>
            <w:proofErr w:type="spellEnd"/>
            <w:r w:rsidR="00F2140B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F2140B" w:rsidRPr="006B6788">
              <w:rPr>
                <w:rFonts w:asciiTheme="minorHAnsi" w:hAnsiTheme="minorHAnsi"/>
                <w:sz w:val="22"/>
              </w:rPr>
              <w:t>keputusan</w:t>
            </w:r>
            <w:proofErr w:type="spellEnd"/>
            <w:r w:rsidR="00F2140B" w:rsidRPr="006B6788">
              <w:rPr>
                <w:rFonts w:asciiTheme="minorHAnsi" w:hAnsiTheme="minorHAnsi"/>
                <w:sz w:val="22"/>
              </w:rPr>
              <w:t>/</w:t>
            </w:r>
            <w:proofErr w:type="spellStart"/>
            <w:r w:rsidR="00F2140B" w:rsidRPr="006B6788">
              <w:rPr>
                <w:rFonts w:asciiTheme="minorHAnsi" w:hAnsiTheme="minorHAnsi"/>
                <w:sz w:val="22"/>
              </w:rPr>
              <w:t>kegiatan</w:t>
            </w:r>
            <w:proofErr w:type="spellEnd"/>
            <w:r w:rsidR="00F2140B" w:rsidRPr="006B6788">
              <w:rPr>
                <w:rFonts w:asciiTheme="minorHAnsi" w:hAnsiTheme="minorHAnsi"/>
                <w:sz w:val="22"/>
              </w:rPr>
              <w:t xml:space="preserve"> yang dibanding dan tidak ada konflik kepentingan</w:t>
            </w:r>
          </w:p>
        </w:tc>
      </w:tr>
    </w:tbl>
    <w:p w14:paraId="3C9CAA20" w14:textId="77777777" w:rsidR="008C3D91" w:rsidRDefault="008C3D91">
      <w:pPr>
        <w:rPr>
          <w:rFonts w:asciiTheme="minorHAnsi" w:hAnsiTheme="minorHAnsi"/>
          <w:b/>
          <w:sz w:val="22"/>
        </w:rPr>
      </w:pPr>
    </w:p>
    <w:p w14:paraId="2782FB25" w14:textId="77777777" w:rsidR="008C3D91" w:rsidRDefault="008C3D91">
      <w:pPr>
        <w:rPr>
          <w:rFonts w:asciiTheme="minorHAnsi" w:hAnsiTheme="minorHAnsi"/>
          <w:b/>
          <w:sz w:val="22"/>
        </w:rPr>
      </w:pPr>
    </w:p>
    <w:p w14:paraId="24A35C9D" w14:textId="77777777" w:rsidR="008C3D91" w:rsidRDefault="008C3D91">
      <w:pPr>
        <w:rPr>
          <w:rFonts w:asciiTheme="minorHAnsi" w:hAnsiTheme="minorHAnsi"/>
          <w:b/>
          <w:sz w:val="22"/>
        </w:rPr>
      </w:pPr>
    </w:p>
    <w:p w14:paraId="5DD221B4" w14:textId="77777777" w:rsidR="008C3D91" w:rsidRDefault="008C3D91">
      <w:pPr>
        <w:rPr>
          <w:rFonts w:asciiTheme="minorHAnsi" w:hAnsiTheme="minorHAnsi"/>
          <w:b/>
          <w:sz w:val="22"/>
        </w:rPr>
      </w:pPr>
    </w:p>
    <w:p w14:paraId="6607E338" w14:textId="2A24B8CC" w:rsidR="007F49B0" w:rsidRPr="006B6788" w:rsidRDefault="00F2140B">
      <w:pPr>
        <w:rPr>
          <w:rFonts w:asciiTheme="minorHAnsi" w:hAnsiTheme="minorHAnsi"/>
          <w:sz w:val="22"/>
        </w:rPr>
      </w:pPr>
      <w:r w:rsidRPr="006B6788">
        <w:rPr>
          <w:rFonts w:asciiTheme="minorHAnsi" w:hAnsiTheme="minorHAnsi"/>
          <w:b/>
          <w:sz w:val="22"/>
        </w:rPr>
        <w:lastRenderedPageBreak/>
        <w:t>G. RINGKASAN INVESTIGASI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22"/>
        <w:gridCol w:w="5320"/>
      </w:tblGrid>
      <w:tr w:rsidR="000E5ACA" w14:paraId="527C94DF" w14:textId="77777777" w:rsidTr="00F532D9">
        <w:tc>
          <w:tcPr>
            <w:tcW w:w="5326" w:type="dxa"/>
            <w:vAlign w:val="center"/>
          </w:tcPr>
          <w:p w14:paraId="49862574" w14:textId="77777777" w:rsidR="000E5ACA" w:rsidRDefault="000E5ACA" w:rsidP="00F532D9">
            <w:pPr>
              <w:spacing w:after="0"/>
            </w:pPr>
            <w:proofErr w:type="spellStart"/>
            <w:r>
              <w:rPr>
                <w:b/>
                <w:sz w:val="16"/>
              </w:rPr>
              <w:t>Pokok</w:t>
            </w:r>
            <w:proofErr w:type="spellEnd"/>
            <w:r>
              <w:rPr>
                <w:b/>
                <w:sz w:val="16"/>
              </w:rPr>
              <w:t>/</w:t>
            </w:r>
            <w:proofErr w:type="spellStart"/>
            <w:r>
              <w:rPr>
                <w:b/>
                <w:sz w:val="16"/>
              </w:rPr>
              <w:t>Alasan</w:t>
            </w:r>
            <w:proofErr w:type="spellEnd"/>
            <w:r>
              <w:rPr>
                <w:b/>
                <w:sz w:val="16"/>
              </w:rPr>
              <w:t xml:space="preserve"> Banding</w:t>
            </w:r>
          </w:p>
        </w:tc>
        <w:tc>
          <w:tcPr>
            <w:tcW w:w="5326" w:type="dxa"/>
            <w:vAlign w:val="center"/>
          </w:tcPr>
          <w:p w14:paraId="3A57B9B8" w14:textId="77777777" w:rsidR="000E5ACA" w:rsidRDefault="000E5ACA" w:rsidP="00F532D9">
            <w:pPr>
              <w:spacing w:after="0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0E5ACA" w14:paraId="14308959" w14:textId="77777777" w:rsidTr="00F532D9">
        <w:tc>
          <w:tcPr>
            <w:tcW w:w="5326" w:type="dxa"/>
            <w:vAlign w:val="center"/>
          </w:tcPr>
          <w:p w14:paraId="1067FE5D" w14:textId="77777777" w:rsidR="000E5ACA" w:rsidRDefault="000E5ACA" w:rsidP="00F532D9">
            <w:pPr>
              <w:spacing w:after="0"/>
            </w:pPr>
            <w:r>
              <w:rPr>
                <w:b/>
                <w:sz w:val="16"/>
              </w:rPr>
              <w:t>Hasil/</w:t>
            </w:r>
            <w:proofErr w:type="spellStart"/>
            <w:r>
              <w:rPr>
                <w:b/>
                <w:sz w:val="16"/>
              </w:rPr>
              <w:t>Perubahan</w:t>
            </w:r>
            <w:proofErr w:type="spellEnd"/>
            <w:r>
              <w:rPr>
                <w:b/>
                <w:sz w:val="16"/>
              </w:rPr>
              <w:t xml:space="preserve"> yang </w:t>
            </w:r>
            <w:proofErr w:type="spellStart"/>
            <w:r>
              <w:rPr>
                <w:b/>
                <w:sz w:val="16"/>
              </w:rPr>
              <w:t>Dimohonkan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Pemohon</w:t>
            </w:r>
            <w:proofErr w:type="spellEnd"/>
          </w:p>
        </w:tc>
        <w:tc>
          <w:tcPr>
            <w:tcW w:w="5326" w:type="dxa"/>
            <w:vAlign w:val="center"/>
          </w:tcPr>
          <w:p w14:paraId="0095F6FA" w14:textId="77777777" w:rsidR="000E5ACA" w:rsidRDefault="000E5ACA" w:rsidP="00F532D9">
            <w:pPr>
              <w:spacing w:after="0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0E5ACA" w14:paraId="3C24E413" w14:textId="77777777" w:rsidTr="00F532D9">
        <w:tc>
          <w:tcPr>
            <w:tcW w:w="5326" w:type="dxa"/>
            <w:vAlign w:val="center"/>
          </w:tcPr>
          <w:p w14:paraId="2511DB79" w14:textId="77777777" w:rsidR="000E5ACA" w:rsidRDefault="000E5ACA" w:rsidP="00F532D9">
            <w:pPr>
              <w:spacing w:after="0"/>
            </w:pPr>
            <w:proofErr w:type="spellStart"/>
            <w:r>
              <w:rPr>
                <w:b/>
                <w:sz w:val="16"/>
              </w:rPr>
              <w:t>Isu</w:t>
            </w:r>
            <w:proofErr w:type="spellEnd"/>
            <w:r>
              <w:rPr>
                <w:b/>
                <w:sz w:val="16"/>
              </w:rPr>
              <w:t xml:space="preserve"> yang </w:t>
            </w:r>
            <w:proofErr w:type="spellStart"/>
            <w:r>
              <w:rPr>
                <w:b/>
                <w:sz w:val="16"/>
              </w:rPr>
              <w:t>Ditelaah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dalam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Investigasi</w:t>
            </w:r>
            <w:proofErr w:type="spellEnd"/>
          </w:p>
        </w:tc>
        <w:tc>
          <w:tcPr>
            <w:tcW w:w="5326" w:type="dxa"/>
            <w:vAlign w:val="center"/>
          </w:tcPr>
          <w:p w14:paraId="391D8284" w14:textId="77777777" w:rsidR="000E5ACA" w:rsidRDefault="000E5ACA" w:rsidP="00F532D9">
            <w:pPr>
              <w:spacing w:after="0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0E5ACA" w14:paraId="703A8819" w14:textId="77777777" w:rsidTr="00F532D9">
        <w:tc>
          <w:tcPr>
            <w:tcW w:w="5326" w:type="dxa"/>
            <w:vAlign w:val="center"/>
          </w:tcPr>
          <w:p w14:paraId="6E4E6E16" w14:textId="77777777" w:rsidR="000E5ACA" w:rsidRDefault="000E5ACA" w:rsidP="00F532D9">
            <w:pPr>
              <w:spacing w:after="0"/>
            </w:pPr>
            <w:r>
              <w:rPr>
                <w:b/>
                <w:sz w:val="16"/>
              </w:rPr>
              <w:t xml:space="preserve">Batasan </w:t>
            </w:r>
            <w:proofErr w:type="spellStart"/>
            <w:r>
              <w:rPr>
                <w:b/>
                <w:sz w:val="16"/>
              </w:rPr>
              <w:t>Investigasi</w:t>
            </w:r>
            <w:proofErr w:type="spellEnd"/>
            <w:r>
              <w:rPr>
                <w:b/>
                <w:sz w:val="16"/>
              </w:rPr>
              <w:t xml:space="preserve"> (</w:t>
            </w:r>
            <w:proofErr w:type="spellStart"/>
            <w:r>
              <w:rPr>
                <w:b/>
                <w:sz w:val="16"/>
              </w:rPr>
              <w:t>jika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ada</w:t>
            </w:r>
            <w:proofErr w:type="spellEnd"/>
            <w:r>
              <w:rPr>
                <w:b/>
                <w:sz w:val="16"/>
              </w:rPr>
              <w:t>)</w:t>
            </w:r>
          </w:p>
        </w:tc>
        <w:tc>
          <w:tcPr>
            <w:tcW w:w="5326" w:type="dxa"/>
            <w:vAlign w:val="center"/>
          </w:tcPr>
          <w:p w14:paraId="51E2433E" w14:textId="77777777" w:rsidR="000E5ACA" w:rsidRDefault="000E5ACA" w:rsidP="00F532D9">
            <w:pPr>
              <w:spacing w:after="0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</w:tbl>
    <w:p w14:paraId="5EC66AA6" w14:textId="2D136A8E" w:rsidR="007F49B0" w:rsidRDefault="007F49B0">
      <w:pPr>
        <w:rPr>
          <w:rFonts w:asciiTheme="minorHAnsi" w:hAnsiTheme="minorHAnsi"/>
          <w:sz w:val="22"/>
        </w:rPr>
      </w:pPr>
    </w:p>
    <w:p w14:paraId="5493792B" w14:textId="77777777" w:rsidR="000E5ACA" w:rsidRDefault="000E5ACA" w:rsidP="000E5ACA">
      <w:r>
        <w:rPr>
          <w:b/>
          <w:sz w:val="20"/>
        </w:rPr>
        <w:t>D. DOKUMEN, REKAMAN DAN BUKTI YANG DITELAAH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7"/>
        <w:gridCol w:w="2130"/>
        <w:gridCol w:w="2129"/>
        <w:gridCol w:w="2128"/>
        <w:gridCol w:w="2128"/>
      </w:tblGrid>
      <w:tr w:rsidR="000E5ACA" w14:paraId="5F76B857" w14:textId="77777777" w:rsidTr="00F532D9">
        <w:tc>
          <w:tcPr>
            <w:tcW w:w="2130" w:type="dxa"/>
            <w:shd w:val="clear" w:color="auto" w:fill="5B9BD5"/>
            <w:vAlign w:val="center"/>
          </w:tcPr>
          <w:p w14:paraId="389C4D33" w14:textId="77777777" w:rsidR="000E5ACA" w:rsidRDefault="000E5ACA" w:rsidP="00F532D9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w="2130" w:type="dxa"/>
            <w:shd w:val="clear" w:color="auto" w:fill="5B9BD5"/>
            <w:vAlign w:val="center"/>
          </w:tcPr>
          <w:p w14:paraId="5F4A6A8D" w14:textId="77777777" w:rsidR="000E5ACA" w:rsidRDefault="000E5ACA" w:rsidP="00F532D9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4"/>
              </w:rPr>
              <w:t>Dokumen</w:t>
            </w:r>
            <w:proofErr w:type="spellEnd"/>
            <w:r>
              <w:rPr>
                <w:b/>
                <w:color w:val="FFFFFF"/>
                <w:sz w:val="14"/>
              </w:rPr>
              <w:t>/</w:t>
            </w:r>
            <w:proofErr w:type="spellStart"/>
            <w:r>
              <w:rPr>
                <w:b/>
                <w:color w:val="FFFFFF"/>
                <w:sz w:val="14"/>
              </w:rPr>
              <w:t>Rekaman</w:t>
            </w:r>
            <w:proofErr w:type="spellEnd"/>
            <w:r>
              <w:rPr>
                <w:b/>
                <w:color w:val="FFFFFF"/>
                <w:sz w:val="14"/>
              </w:rPr>
              <w:t>/Bukti</w:t>
            </w:r>
          </w:p>
        </w:tc>
        <w:tc>
          <w:tcPr>
            <w:tcW w:w="2130" w:type="dxa"/>
            <w:shd w:val="clear" w:color="auto" w:fill="5B9BD5"/>
            <w:vAlign w:val="center"/>
          </w:tcPr>
          <w:p w14:paraId="44E698EF" w14:textId="77777777" w:rsidR="000E5ACA" w:rsidRDefault="000E5ACA" w:rsidP="00F532D9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4"/>
              </w:rPr>
              <w:t>Nomor</w:t>
            </w:r>
            <w:proofErr w:type="spellEnd"/>
            <w:r>
              <w:rPr>
                <w:b/>
                <w:color w:val="FFFFFF"/>
                <w:sz w:val="14"/>
              </w:rPr>
              <w:t>/</w:t>
            </w:r>
            <w:proofErr w:type="spellStart"/>
            <w:r>
              <w:rPr>
                <w:b/>
                <w:color w:val="FFFFFF"/>
                <w:sz w:val="14"/>
              </w:rPr>
              <w:t>Tanggal</w:t>
            </w:r>
            <w:proofErr w:type="spellEnd"/>
          </w:p>
        </w:tc>
        <w:tc>
          <w:tcPr>
            <w:tcW w:w="2130" w:type="dxa"/>
            <w:shd w:val="clear" w:color="auto" w:fill="5B9BD5"/>
            <w:vAlign w:val="center"/>
          </w:tcPr>
          <w:p w14:paraId="5D85F060" w14:textId="77777777" w:rsidR="000E5ACA" w:rsidRDefault="000E5ACA" w:rsidP="00F532D9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4"/>
              </w:rPr>
              <w:t>Sumber</w:t>
            </w:r>
            <w:proofErr w:type="spellEnd"/>
          </w:p>
        </w:tc>
        <w:tc>
          <w:tcPr>
            <w:tcW w:w="2130" w:type="dxa"/>
            <w:shd w:val="clear" w:color="auto" w:fill="5B9BD5"/>
            <w:vAlign w:val="center"/>
          </w:tcPr>
          <w:p w14:paraId="76636DC3" w14:textId="77777777" w:rsidR="000E5ACA" w:rsidRDefault="000E5ACA" w:rsidP="00F532D9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4"/>
              </w:rPr>
              <w:t>Keterangan</w:t>
            </w:r>
            <w:proofErr w:type="spellEnd"/>
          </w:p>
        </w:tc>
      </w:tr>
      <w:tr w:rsidR="000E5ACA" w14:paraId="04000658" w14:textId="77777777" w:rsidTr="00F532D9">
        <w:tc>
          <w:tcPr>
            <w:tcW w:w="2130" w:type="dxa"/>
            <w:vAlign w:val="center"/>
          </w:tcPr>
          <w:p w14:paraId="688ACE06" w14:textId="77777777" w:rsidR="000E5ACA" w:rsidRDefault="000E5ACA" w:rsidP="00F532D9">
            <w:pPr>
              <w:spacing w:after="0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2130" w:type="dxa"/>
            <w:vAlign w:val="center"/>
          </w:tcPr>
          <w:p w14:paraId="300EB604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3F697844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4C37A71D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0E12D848" w14:textId="77777777" w:rsidR="000E5ACA" w:rsidRDefault="000E5ACA" w:rsidP="00F532D9">
            <w:pPr>
              <w:spacing w:after="0"/>
            </w:pPr>
          </w:p>
        </w:tc>
      </w:tr>
      <w:tr w:rsidR="000E5ACA" w14:paraId="61E97166" w14:textId="77777777" w:rsidTr="00F532D9">
        <w:tc>
          <w:tcPr>
            <w:tcW w:w="2130" w:type="dxa"/>
            <w:vAlign w:val="center"/>
          </w:tcPr>
          <w:p w14:paraId="10001CB0" w14:textId="77777777" w:rsidR="000E5ACA" w:rsidRDefault="000E5ACA" w:rsidP="00F532D9">
            <w:pPr>
              <w:spacing w:after="0"/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2130" w:type="dxa"/>
            <w:vAlign w:val="center"/>
          </w:tcPr>
          <w:p w14:paraId="6F5940AF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4E1374FB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5B7BA151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30E87BFD" w14:textId="77777777" w:rsidR="000E5ACA" w:rsidRDefault="000E5ACA" w:rsidP="00F532D9">
            <w:pPr>
              <w:spacing w:after="0"/>
            </w:pPr>
          </w:p>
        </w:tc>
      </w:tr>
      <w:tr w:rsidR="000E5ACA" w14:paraId="5F289A16" w14:textId="77777777" w:rsidTr="00F532D9">
        <w:tc>
          <w:tcPr>
            <w:tcW w:w="2130" w:type="dxa"/>
            <w:vAlign w:val="center"/>
          </w:tcPr>
          <w:p w14:paraId="53B043C0" w14:textId="77777777" w:rsidR="000E5ACA" w:rsidRDefault="000E5ACA" w:rsidP="00F532D9">
            <w:pPr>
              <w:spacing w:after="0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2130" w:type="dxa"/>
            <w:vAlign w:val="center"/>
          </w:tcPr>
          <w:p w14:paraId="2C23F398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7A44D5B2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3DC718CE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1A0F7C84" w14:textId="77777777" w:rsidR="000E5ACA" w:rsidRDefault="000E5ACA" w:rsidP="00F532D9">
            <w:pPr>
              <w:spacing w:after="0"/>
            </w:pPr>
          </w:p>
        </w:tc>
      </w:tr>
      <w:tr w:rsidR="000E5ACA" w14:paraId="0E6CF257" w14:textId="77777777" w:rsidTr="00F532D9">
        <w:tc>
          <w:tcPr>
            <w:tcW w:w="2130" w:type="dxa"/>
            <w:vAlign w:val="center"/>
          </w:tcPr>
          <w:p w14:paraId="33AC186F" w14:textId="77777777" w:rsidR="000E5ACA" w:rsidRDefault="000E5ACA" w:rsidP="00F532D9">
            <w:pPr>
              <w:spacing w:after="0"/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2130" w:type="dxa"/>
            <w:vAlign w:val="center"/>
          </w:tcPr>
          <w:p w14:paraId="6C321704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58A9D33C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06199C76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1F94116B" w14:textId="77777777" w:rsidR="000E5ACA" w:rsidRDefault="000E5ACA" w:rsidP="00F532D9">
            <w:pPr>
              <w:spacing w:after="0"/>
            </w:pPr>
          </w:p>
        </w:tc>
      </w:tr>
      <w:tr w:rsidR="000E5ACA" w14:paraId="6B053478" w14:textId="77777777" w:rsidTr="00F532D9">
        <w:tc>
          <w:tcPr>
            <w:tcW w:w="2130" w:type="dxa"/>
            <w:vAlign w:val="center"/>
          </w:tcPr>
          <w:p w14:paraId="0499BD7D" w14:textId="77777777" w:rsidR="000E5ACA" w:rsidRDefault="000E5ACA" w:rsidP="00F532D9">
            <w:pPr>
              <w:spacing w:after="0"/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2130" w:type="dxa"/>
            <w:vAlign w:val="center"/>
          </w:tcPr>
          <w:p w14:paraId="19071BA3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40BBEAAC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042693A4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56FAB52C" w14:textId="77777777" w:rsidR="000E5ACA" w:rsidRDefault="000E5ACA" w:rsidP="00F532D9">
            <w:pPr>
              <w:spacing w:after="0"/>
            </w:pPr>
          </w:p>
        </w:tc>
      </w:tr>
      <w:tr w:rsidR="000E5ACA" w14:paraId="7807F23F" w14:textId="77777777" w:rsidTr="00F532D9">
        <w:tc>
          <w:tcPr>
            <w:tcW w:w="2130" w:type="dxa"/>
            <w:vAlign w:val="center"/>
          </w:tcPr>
          <w:p w14:paraId="41BAD77B" w14:textId="77777777" w:rsidR="000E5ACA" w:rsidRDefault="000E5ACA" w:rsidP="00F532D9">
            <w:pPr>
              <w:spacing w:after="0"/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2130" w:type="dxa"/>
            <w:vAlign w:val="center"/>
          </w:tcPr>
          <w:p w14:paraId="37E95523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0D73F62F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34B83414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19B2B64A" w14:textId="77777777" w:rsidR="000E5ACA" w:rsidRDefault="000E5ACA" w:rsidP="00F532D9">
            <w:pPr>
              <w:spacing w:after="0"/>
            </w:pPr>
          </w:p>
        </w:tc>
      </w:tr>
    </w:tbl>
    <w:p w14:paraId="63E55205" w14:textId="77777777" w:rsidR="000E5ACA" w:rsidRDefault="000E5ACA" w:rsidP="000E5ACA">
      <w:r>
        <w:rPr>
          <w:b/>
          <w:sz w:val="20"/>
        </w:rPr>
        <w:t>E. KLARIFIKASI PIHAK TERKAIT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8"/>
        <w:gridCol w:w="2129"/>
        <w:gridCol w:w="2128"/>
        <w:gridCol w:w="2128"/>
        <w:gridCol w:w="2129"/>
      </w:tblGrid>
      <w:tr w:rsidR="000E5ACA" w14:paraId="58CAB0D6" w14:textId="77777777" w:rsidTr="00F532D9">
        <w:tc>
          <w:tcPr>
            <w:tcW w:w="2130" w:type="dxa"/>
            <w:shd w:val="clear" w:color="auto" w:fill="5B9BD5"/>
            <w:vAlign w:val="center"/>
          </w:tcPr>
          <w:p w14:paraId="6F8882D3" w14:textId="77777777" w:rsidR="000E5ACA" w:rsidRDefault="000E5ACA" w:rsidP="00F532D9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w="2130" w:type="dxa"/>
            <w:shd w:val="clear" w:color="auto" w:fill="5B9BD5"/>
            <w:vAlign w:val="center"/>
          </w:tcPr>
          <w:p w14:paraId="630FBFE7" w14:textId="77777777" w:rsidR="000E5ACA" w:rsidRDefault="000E5ACA" w:rsidP="00F532D9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Nama/</w:t>
            </w:r>
            <w:proofErr w:type="spellStart"/>
            <w:r>
              <w:rPr>
                <w:b/>
                <w:color w:val="FFFFFF"/>
                <w:sz w:val="14"/>
              </w:rPr>
              <w:t>Fungsi</w:t>
            </w:r>
            <w:proofErr w:type="spellEnd"/>
          </w:p>
        </w:tc>
        <w:tc>
          <w:tcPr>
            <w:tcW w:w="2130" w:type="dxa"/>
            <w:shd w:val="clear" w:color="auto" w:fill="5B9BD5"/>
            <w:vAlign w:val="center"/>
          </w:tcPr>
          <w:p w14:paraId="6E41E671" w14:textId="77777777" w:rsidR="000E5ACA" w:rsidRDefault="000E5ACA" w:rsidP="00F532D9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4"/>
              </w:rPr>
              <w:t>Tanggal</w:t>
            </w:r>
            <w:proofErr w:type="spellEnd"/>
          </w:p>
        </w:tc>
        <w:tc>
          <w:tcPr>
            <w:tcW w:w="2130" w:type="dxa"/>
            <w:shd w:val="clear" w:color="auto" w:fill="5B9BD5"/>
            <w:vAlign w:val="center"/>
          </w:tcPr>
          <w:p w14:paraId="713281F9" w14:textId="77777777" w:rsidR="000E5ACA" w:rsidRDefault="000E5ACA" w:rsidP="00F532D9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4"/>
              </w:rPr>
              <w:t>Pokok</w:t>
            </w:r>
            <w:proofErr w:type="spellEnd"/>
            <w:r>
              <w:rPr>
                <w:b/>
                <w:color w:val="FFFFFF"/>
                <w:sz w:val="14"/>
              </w:rPr>
              <w:t xml:space="preserve"> </w:t>
            </w:r>
            <w:proofErr w:type="spellStart"/>
            <w:r>
              <w:rPr>
                <w:b/>
                <w:color w:val="FFFFFF"/>
                <w:sz w:val="14"/>
              </w:rPr>
              <w:t>Klarifikasi</w:t>
            </w:r>
            <w:proofErr w:type="spellEnd"/>
          </w:p>
        </w:tc>
        <w:tc>
          <w:tcPr>
            <w:tcW w:w="2130" w:type="dxa"/>
            <w:shd w:val="clear" w:color="auto" w:fill="5B9BD5"/>
            <w:vAlign w:val="center"/>
          </w:tcPr>
          <w:p w14:paraId="39B1104A" w14:textId="77777777" w:rsidR="000E5ACA" w:rsidRDefault="000E5ACA" w:rsidP="00F532D9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4"/>
              </w:rPr>
              <w:t>Ringkasan</w:t>
            </w:r>
            <w:proofErr w:type="spellEnd"/>
            <w:r>
              <w:rPr>
                <w:b/>
                <w:color w:val="FFFFFF"/>
                <w:sz w:val="14"/>
              </w:rPr>
              <w:t xml:space="preserve"> </w:t>
            </w:r>
            <w:proofErr w:type="spellStart"/>
            <w:r>
              <w:rPr>
                <w:b/>
                <w:color w:val="FFFFFF"/>
                <w:sz w:val="14"/>
              </w:rPr>
              <w:t>Keterangan</w:t>
            </w:r>
            <w:proofErr w:type="spellEnd"/>
          </w:p>
        </w:tc>
      </w:tr>
      <w:tr w:rsidR="000E5ACA" w14:paraId="367059D8" w14:textId="77777777" w:rsidTr="00F532D9">
        <w:tc>
          <w:tcPr>
            <w:tcW w:w="2130" w:type="dxa"/>
            <w:vAlign w:val="center"/>
          </w:tcPr>
          <w:p w14:paraId="72EEE64B" w14:textId="77777777" w:rsidR="000E5ACA" w:rsidRDefault="000E5ACA" w:rsidP="00F532D9">
            <w:pPr>
              <w:spacing w:after="0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2130" w:type="dxa"/>
            <w:vAlign w:val="center"/>
          </w:tcPr>
          <w:p w14:paraId="5205C24E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41FC1C4D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7FD69A5F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66ED3DFF" w14:textId="77777777" w:rsidR="000E5ACA" w:rsidRDefault="000E5ACA" w:rsidP="00F532D9">
            <w:pPr>
              <w:spacing w:after="0"/>
            </w:pPr>
          </w:p>
        </w:tc>
      </w:tr>
      <w:tr w:rsidR="000E5ACA" w14:paraId="72E207E2" w14:textId="77777777" w:rsidTr="00F532D9">
        <w:tc>
          <w:tcPr>
            <w:tcW w:w="2130" w:type="dxa"/>
            <w:vAlign w:val="center"/>
          </w:tcPr>
          <w:p w14:paraId="0F339720" w14:textId="77777777" w:rsidR="000E5ACA" w:rsidRDefault="000E5ACA" w:rsidP="00F532D9">
            <w:pPr>
              <w:spacing w:after="0"/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2130" w:type="dxa"/>
            <w:vAlign w:val="center"/>
          </w:tcPr>
          <w:p w14:paraId="4939706E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3B9B0294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44BEC0B5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64F3AA88" w14:textId="77777777" w:rsidR="000E5ACA" w:rsidRDefault="000E5ACA" w:rsidP="00F532D9">
            <w:pPr>
              <w:spacing w:after="0"/>
            </w:pPr>
          </w:p>
        </w:tc>
      </w:tr>
      <w:tr w:rsidR="000E5ACA" w14:paraId="0CE58956" w14:textId="77777777" w:rsidTr="00F532D9">
        <w:tc>
          <w:tcPr>
            <w:tcW w:w="2130" w:type="dxa"/>
            <w:vAlign w:val="center"/>
          </w:tcPr>
          <w:p w14:paraId="64555931" w14:textId="77777777" w:rsidR="000E5ACA" w:rsidRDefault="000E5ACA" w:rsidP="00F532D9">
            <w:pPr>
              <w:spacing w:after="0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2130" w:type="dxa"/>
            <w:vAlign w:val="center"/>
          </w:tcPr>
          <w:p w14:paraId="394BA2D0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25B1E2A0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344FDE88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7718C90A" w14:textId="77777777" w:rsidR="000E5ACA" w:rsidRDefault="000E5ACA" w:rsidP="00F532D9">
            <w:pPr>
              <w:spacing w:after="0"/>
            </w:pPr>
          </w:p>
        </w:tc>
      </w:tr>
      <w:tr w:rsidR="000E5ACA" w14:paraId="169C2D52" w14:textId="77777777" w:rsidTr="00F532D9">
        <w:tc>
          <w:tcPr>
            <w:tcW w:w="2130" w:type="dxa"/>
            <w:vAlign w:val="center"/>
          </w:tcPr>
          <w:p w14:paraId="5CD24FBA" w14:textId="77777777" w:rsidR="000E5ACA" w:rsidRDefault="000E5ACA" w:rsidP="00F532D9">
            <w:pPr>
              <w:spacing w:after="0"/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2130" w:type="dxa"/>
            <w:vAlign w:val="center"/>
          </w:tcPr>
          <w:p w14:paraId="0B498836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1EFB39D7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26E6A5C1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79719CE0" w14:textId="77777777" w:rsidR="000E5ACA" w:rsidRDefault="000E5ACA" w:rsidP="00F532D9">
            <w:pPr>
              <w:spacing w:after="0"/>
            </w:pPr>
          </w:p>
        </w:tc>
      </w:tr>
    </w:tbl>
    <w:p w14:paraId="008364A8" w14:textId="77777777" w:rsidR="000E5ACA" w:rsidRDefault="000E5ACA" w:rsidP="000E5ACA">
      <w:r>
        <w:rPr>
          <w:b/>
          <w:sz w:val="20"/>
        </w:rPr>
        <w:t>F. HASIL INVESTIGASI DAN ANALISIS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9"/>
        <w:gridCol w:w="2128"/>
        <w:gridCol w:w="2128"/>
        <w:gridCol w:w="2129"/>
        <w:gridCol w:w="2128"/>
      </w:tblGrid>
      <w:tr w:rsidR="000E5ACA" w14:paraId="383DC191" w14:textId="77777777" w:rsidTr="00F532D9">
        <w:tc>
          <w:tcPr>
            <w:tcW w:w="2130" w:type="dxa"/>
            <w:shd w:val="clear" w:color="auto" w:fill="5B9BD5"/>
            <w:vAlign w:val="center"/>
          </w:tcPr>
          <w:p w14:paraId="4BB9278B" w14:textId="77777777" w:rsidR="000E5ACA" w:rsidRDefault="000E5ACA" w:rsidP="00F532D9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w="2130" w:type="dxa"/>
            <w:shd w:val="clear" w:color="auto" w:fill="5B9BD5"/>
            <w:vAlign w:val="center"/>
          </w:tcPr>
          <w:p w14:paraId="192EE747" w14:textId="77777777" w:rsidR="000E5ACA" w:rsidRDefault="000E5ACA" w:rsidP="00F532D9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4"/>
              </w:rPr>
              <w:t>Pokok</w:t>
            </w:r>
            <w:proofErr w:type="spellEnd"/>
            <w:r>
              <w:rPr>
                <w:b/>
                <w:color w:val="FFFFFF"/>
                <w:sz w:val="14"/>
              </w:rPr>
              <w:t xml:space="preserve"> Banding/</w:t>
            </w:r>
            <w:proofErr w:type="spellStart"/>
            <w:r>
              <w:rPr>
                <w:b/>
                <w:color w:val="FFFFFF"/>
                <w:sz w:val="14"/>
              </w:rPr>
              <w:t>Isu</w:t>
            </w:r>
            <w:proofErr w:type="spellEnd"/>
          </w:p>
        </w:tc>
        <w:tc>
          <w:tcPr>
            <w:tcW w:w="2130" w:type="dxa"/>
            <w:shd w:val="clear" w:color="auto" w:fill="5B9BD5"/>
            <w:vAlign w:val="center"/>
          </w:tcPr>
          <w:p w14:paraId="376B3D53" w14:textId="77777777" w:rsidR="000E5ACA" w:rsidRDefault="000E5ACA" w:rsidP="00F532D9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 xml:space="preserve">Fakta/Bukti </w:t>
            </w:r>
            <w:proofErr w:type="spellStart"/>
            <w:r>
              <w:rPr>
                <w:b/>
                <w:color w:val="FFFFFF"/>
                <w:sz w:val="14"/>
              </w:rPr>
              <w:t>Objektif</w:t>
            </w:r>
            <w:proofErr w:type="spellEnd"/>
          </w:p>
        </w:tc>
        <w:tc>
          <w:tcPr>
            <w:tcW w:w="2130" w:type="dxa"/>
            <w:shd w:val="clear" w:color="auto" w:fill="5B9BD5"/>
            <w:vAlign w:val="center"/>
          </w:tcPr>
          <w:p w14:paraId="281C6B47" w14:textId="77777777" w:rsidR="000E5ACA" w:rsidRDefault="000E5ACA" w:rsidP="00F532D9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4"/>
              </w:rPr>
              <w:t>Analisis</w:t>
            </w:r>
            <w:proofErr w:type="spellEnd"/>
            <w:r>
              <w:rPr>
                <w:b/>
                <w:color w:val="FFFFFF"/>
                <w:sz w:val="14"/>
              </w:rPr>
              <w:t xml:space="preserve"> </w:t>
            </w:r>
            <w:proofErr w:type="spellStart"/>
            <w:r>
              <w:rPr>
                <w:b/>
                <w:color w:val="FFFFFF"/>
                <w:sz w:val="14"/>
              </w:rPr>
              <w:t>terhadap</w:t>
            </w:r>
            <w:proofErr w:type="spellEnd"/>
            <w:r>
              <w:rPr>
                <w:b/>
                <w:color w:val="FFFFFF"/>
                <w:sz w:val="14"/>
              </w:rPr>
              <w:t xml:space="preserve"> </w:t>
            </w:r>
            <w:proofErr w:type="spellStart"/>
            <w:r>
              <w:rPr>
                <w:b/>
                <w:color w:val="FFFFFF"/>
                <w:sz w:val="14"/>
              </w:rPr>
              <w:t>Ketentuan</w:t>
            </w:r>
            <w:proofErr w:type="spellEnd"/>
            <w:r>
              <w:rPr>
                <w:b/>
                <w:color w:val="FFFFFF"/>
                <w:sz w:val="14"/>
              </w:rPr>
              <w:t>/Proses</w:t>
            </w:r>
          </w:p>
        </w:tc>
        <w:tc>
          <w:tcPr>
            <w:tcW w:w="2130" w:type="dxa"/>
            <w:shd w:val="clear" w:color="auto" w:fill="5B9BD5"/>
            <w:vAlign w:val="center"/>
          </w:tcPr>
          <w:p w14:paraId="654C3944" w14:textId="77777777" w:rsidR="000E5ACA" w:rsidRDefault="000E5ACA" w:rsidP="00F532D9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 xml:space="preserve">Kesimpulan per </w:t>
            </w:r>
            <w:proofErr w:type="spellStart"/>
            <w:r>
              <w:rPr>
                <w:b/>
                <w:color w:val="FFFFFF"/>
                <w:sz w:val="14"/>
              </w:rPr>
              <w:t>Isu</w:t>
            </w:r>
            <w:proofErr w:type="spellEnd"/>
          </w:p>
        </w:tc>
      </w:tr>
      <w:tr w:rsidR="000E5ACA" w14:paraId="17E2F0FE" w14:textId="77777777" w:rsidTr="00F532D9">
        <w:tc>
          <w:tcPr>
            <w:tcW w:w="2130" w:type="dxa"/>
            <w:vAlign w:val="center"/>
          </w:tcPr>
          <w:p w14:paraId="3437A5AD" w14:textId="77777777" w:rsidR="000E5ACA" w:rsidRDefault="000E5ACA" w:rsidP="00F532D9">
            <w:pPr>
              <w:spacing w:after="0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2130" w:type="dxa"/>
            <w:vAlign w:val="center"/>
          </w:tcPr>
          <w:p w14:paraId="55DBBB0F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69A406CA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54A55324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65736B29" w14:textId="77777777" w:rsidR="000E5ACA" w:rsidRDefault="000E5ACA" w:rsidP="00F532D9">
            <w:pPr>
              <w:spacing w:after="0"/>
            </w:pPr>
          </w:p>
        </w:tc>
      </w:tr>
      <w:tr w:rsidR="000E5ACA" w14:paraId="6E42B772" w14:textId="77777777" w:rsidTr="00F532D9">
        <w:tc>
          <w:tcPr>
            <w:tcW w:w="2130" w:type="dxa"/>
            <w:vAlign w:val="center"/>
          </w:tcPr>
          <w:p w14:paraId="784405BB" w14:textId="77777777" w:rsidR="000E5ACA" w:rsidRDefault="000E5ACA" w:rsidP="00F532D9">
            <w:pPr>
              <w:spacing w:after="0"/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2130" w:type="dxa"/>
            <w:vAlign w:val="center"/>
          </w:tcPr>
          <w:p w14:paraId="649CBF62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6C66F488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44BFEEC1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12374AF1" w14:textId="77777777" w:rsidR="000E5ACA" w:rsidRDefault="000E5ACA" w:rsidP="00F532D9">
            <w:pPr>
              <w:spacing w:after="0"/>
            </w:pPr>
          </w:p>
        </w:tc>
      </w:tr>
      <w:tr w:rsidR="000E5ACA" w14:paraId="1CD85490" w14:textId="77777777" w:rsidTr="00F532D9">
        <w:tc>
          <w:tcPr>
            <w:tcW w:w="2130" w:type="dxa"/>
            <w:vAlign w:val="center"/>
          </w:tcPr>
          <w:p w14:paraId="10847D96" w14:textId="77777777" w:rsidR="000E5ACA" w:rsidRDefault="000E5ACA" w:rsidP="00F532D9">
            <w:pPr>
              <w:spacing w:after="0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2130" w:type="dxa"/>
            <w:vAlign w:val="center"/>
          </w:tcPr>
          <w:p w14:paraId="45D2AFFE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3EB68E92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7C885512" w14:textId="77777777" w:rsidR="000E5ACA" w:rsidRDefault="000E5ACA" w:rsidP="00F532D9">
            <w:pPr>
              <w:spacing w:after="0"/>
            </w:pPr>
          </w:p>
        </w:tc>
        <w:tc>
          <w:tcPr>
            <w:tcW w:w="2130" w:type="dxa"/>
            <w:vAlign w:val="center"/>
          </w:tcPr>
          <w:p w14:paraId="1534922C" w14:textId="77777777" w:rsidR="000E5ACA" w:rsidRDefault="000E5ACA" w:rsidP="00F532D9">
            <w:pPr>
              <w:spacing w:after="0"/>
            </w:pPr>
          </w:p>
        </w:tc>
      </w:tr>
    </w:tbl>
    <w:p w14:paraId="3230E318" w14:textId="77777777" w:rsidR="000E5ACA" w:rsidRDefault="000E5ACA" w:rsidP="000E5ACA">
      <w:r>
        <w:rPr>
          <w:b/>
          <w:sz w:val="20"/>
        </w:rPr>
        <w:t>G. TEMUAN TERKAIT SISTEM LSP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21"/>
        <w:gridCol w:w="5321"/>
      </w:tblGrid>
      <w:tr w:rsidR="000E5ACA" w14:paraId="618A759B" w14:textId="77777777" w:rsidTr="00F532D9">
        <w:tc>
          <w:tcPr>
            <w:tcW w:w="5326" w:type="dxa"/>
            <w:vAlign w:val="center"/>
          </w:tcPr>
          <w:p w14:paraId="1884CDD6" w14:textId="77777777" w:rsidR="000E5ACA" w:rsidRDefault="000E5ACA" w:rsidP="00F532D9">
            <w:pPr>
              <w:spacing w:after="0"/>
            </w:pPr>
            <w:proofErr w:type="spellStart"/>
            <w:r>
              <w:rPr>
                <w:b/>
                <w:sz w:val="16"/>
              </w:rPr>
              <w:t>Ditemukan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ketidaksesuaian</w:t>
            </w:r>
            <w:proofErr w:type="spellEnd"/>
            <w:r>
              <w:rPr>
                <w:b/>
                <w:sz w:val="16"/>
              </w:rPr>
              <w:t xml:space="preserve"> proses/</w:t>
            </w:r>
            <w:proofErr w:type="spellStart"/>
            <w:r>
              <w:rPr>
                <w:b/>
                <w:sz w:val="16"/>
              </w:rPr>
              <w:t>sistem</w:t>
            </w:r>
            <w:proofErr w:type="spellEnd"/>
            <w:r>
              <w:rPr>
                <w:b/>
                <w:sz w:val="16"/>
              </w:rPr>
              <w:t>?</w:t>
            </w:r>
          </w:p>
        </w:tc>
        <w:tc>
          <w:tcPr>
            <w:tcW w:w="5326" w:type="dxa"/>
            <w:vAlign w:val="center"/>
          </w:tcPr>
          <w:p w14:paraId="39D95479" w14:textId="77777777" w:rsidR="000E5ACA" w:rsidRDefault="000E5ACA" w:rsidP="00F532D9">
            <w:pPr>
              <w:spacing w:after="0"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Tidak</w:t>
            </w:r>
            <w:proofErr w:type="spellEnd"/>
            <w:r>
              <w:rPr>
                <w:sz w:val="16"/>
              </w:rPr>
              <w:t xml:space="preserve">   ☐ </w:t>
            </w:r>
            <w:proofErr w:type="spellStart"/>
            <w:r>
              <w:rPr>
                <w:sz w:val="16"/>
              </w:rPr>
              <w:t>Ya</w:t>
            </w:r>
            <w:proofErr w:type="spellEnd"/>
          </w:p>
        </w:tc>
      </w:tr>
      <w:tr w:rsidR="000E5ACA" w14:paraId="16527F03" w14:textId="77777777" w:rsidTr="00F532D9">
        <w:tc>
          <w:tcPr>
            <w:tcW w:w="5326" w:type="dxa"/>
            <w:vAlign w:val="center"/>
          </w:tcPr>
          <w:p w14:paraId="17CE985F" w14:textId="77777777" w:rsidR="000E5ACA" w:rsidRDefault="000E5ACA" w:rsidP="00F532D9">
            <w:pPr>
              <w:spacing w:after="0"/>
            </w:pPr>
            <w:proofErr w:type="spellStart"/>
            <w:r>
              <w:rPr>
                <w:b/>
                <w:sz w:val="16"/>
              </w:rPr>
              <w:t>Uraian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ketidaksesuaian</w:t>
            </w:r>
            <w:proofErr w:type="spellEnd"/>
            <w:r>
              <w:rPr>
                <w:b/>
                <w:sz w:val="16"/>
              </w:rPr>
              <w:t xml:space="preserve"> (</w:t>
            </w:r>
            <w:proofErr w:type="spellStart"/>
            <w:r>
              <w:rPr>
                <w:b/>
                <w:sz w:val="16"/>
              </w:rPr>
              <w:t>jika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ada</w:t>
            </w:r>
            <w:proofErr w:type="spellEnd"/>
            <w:r>
              <w:rPr>
                <w:b/>
                <w:sz w:val="16"/>
              </w:rPr>
              <w:t>)</w:t>
            </w:r>
          </w:p>
        </w:tc>
        <w:tc>
          <w:tcPr>
            <w:tcW w:w="5326" w:type="dxa"/>
            <w:vAlign w:val="center"/>
          </w:tcPr>
          <w:p w14:paraId="6BB83EEA" w14:textId="77777777" w:rsidR="000E5ACA" w:rsidRDefault="000E5ACA" w:rsidP="00F532D9">
            <w:pPr>
              <w:spacing w:after="0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0E5ACA" w14:paraId="4C252E50" w14:textId="77777777" w:rsidTr="00F532D9">
        <w:tc>
          <w:tcPr>
            <w:tcW w:w="5326" w:type="dxa"/>
            <w:vAlign w:val="center"/>
          </w:tcPr>
          <w:p w14:paraId="75DF4E0F" w14:textId="77777777" w:rsidR="000E5ACA" w:rsidRDefault="000E5ACA" w:rsidP="00F532D9">
            <w:pPr>
              <w:spacing w:after="0"/>
            </w:pPr>
            <w:proofErr w:type="spellStart"/>
            <w:r>
              <w:rPr>
                <w:b/>
                <w:sz w:val="16"/>
              </w:rPr>
              <w:t>Koreksi</w:t>
            </w:r>
            <w:proofErr w:type="spellEnd"/>
            <w:r>
              <w:rPr>
                <w:b/>
                <w:sz w:val="16"/>
              </w:rPr>
              <w:t xml:space="preserve"> yang </w:t>
            </w:r>
            <w:proofErr w:type="spellStart"/>
            <w:r>
              <w:rPr>
                <w:b/>
                <w:sz w:val="16"/>
              </w:rPr>
              <w:t>diperlukan</w:t>
            </w:r>
            <w:proofErr w:type="spellEnd"/>
          </w:p>
        </w:tc>
        <w:tc>
          <w:tcPr>
            <w:tcW w:w="5326" w:type="dxa"/>
            <w:vAlign w:val="center"/>
          </w:tcPr>
          <w:p w14:paraId="12C28997" w14:textId="77777777" w:rsidR="000E5ACA" w:rsidRDefault="000E5ACA" w:rsidP="00F532D9">
            <w:pPr>
              <w:spacing w:after="0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0E5ACA" w14:paraId="4737DB09" w14:textId="77777777" w:rsidTr="00F532D9">
        <w:tc>
          <w:tcPr>
            <w:tcW w:w="5326" w:type="dxa"/>
            <w:vAlign w:val="center"/>
          </w:tcPr>
          <w:p w14:paraId="496E7F57" w14:textId="77777777" w:rsidR="000E5ACA" w:rsidRDefault="000E5ACA" w:rsidP="00F532D9">
            <w:pPr>
              <w:spacing w:after="0"/>
            </w:pPr>
            <w:r>
              <w:rPr>
                <w:b/>
                <w:sz w:val="16"/>
              </w:rPr>
              <w:t xml:space="preserve">Tindakan </w:t>
            </w:r>
            <w:proofErr w:type="spellStart"/>
            <w:r>
              <w:rPr>
                <w:b/>
                <w:sz w:val="16"/>
              </w:rPr>
              <w:t>korektif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sistem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diperlukan</w:t>
            </w:r>
            <w:proofErr w:type="spellEnd"/>
            <w:r>
              <w:rPr>
                <w:b/>
                <w:sz w:val="16"/>
              </w:rPr>
              <w:t>?</w:t>
            </w:r>
          </w:p>
        </w:tc>
        <w:tc>
          <w:tcPr>
            <w:tcW w:w="5326" w:type="dxa"/>
            <w:vAlign w:val="center"/>
          </w:tcPr>
          <w:p w14:paraId="2F180300" w14:textId="77777777" w:rsidR="000E5ACA" w:rsidRDefault="000E5ACA" w:rsidP="00F532D9">
            <w:pPr>
              <w:spacing w:after="0"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Tidak</w:t>
            </w:r>
            <w:proofErr w:type="spellEnd"/>
            <w:r>
              <w:rPr>
                <w:sz w:val="16"/>
              </w:rPr>
              <w:t xml:space="preserve">   ☐ </w:t>
            </w:r>
            <w:proofErr w:type="spellStart"/>
            <w:r>
              <w:rPr>
                <w:sz w:val="16"/>
              </w:rPr>
              <w:t>Ya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referensi</w:t>
            </w:r>
            <w:proofErr w:type="spellEnd"/>
            <w:r>
              <w:rPr>
                <w:sz w:val="16"/>
              </w:rPr>
              <w:t>: __________________</w:t>
            </w:r>
          </w:p>
        </w:tc>
      </w:tr>
    </w:tbl>
    <w:p w14:paraId="44DABF69" w14:textId="77777777" w:rsidR="000E5ACA" w:rsidRDefault="000E5ACA" w:rsidP="000E5ACA">
      <w:r>
        <w:br w:type="page"/>
      </w:r>
    </w:p>
    <w:p w14:paraId="16EE0281" w14:textId="77777777" w:rsidR="000E5ACA" w:rsidRDefault="000E5ACA" w:rsidP="000E5ACA">
      <w:r>
        <w:rPr>
          <w:b/>
          <w:sz w:val="20"/>
        </w:rPr>
        <w:lastRenderedPageBreak/>
        <w:t>H. KESIMPULAN INVESTIGASI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21"/>
        <w:gridCol w:w="5321"/>
      </w:tblGrid>
      <w:tr w:rsidR="000E5ACA" w14:paraId="5DE7C246" w14:textId="77777777" w:rsidTr="00F532D9">
        <w:tc>
          <w:tcPr>
            <w:tcW w:w="5326" w:type="dxa"/>
            <w:vAlign w:val="center"/>
          </w:tcPr>
          <w:p w14:paraId="43E2BCCB" w14:textId="77777777" w:rsidR="000E5ACA" w:rsidRDefault="000E5ACA" w:rsidP="00F532D9">
            <w:pPr>
              <w:spacing w:after="0"/>
            </w:pPr>
            <w:r>
              <w:rPr>
                <w:b/>
                <w:sz w:val="16"/>
              </w:rPr>
              <w:t xml:space="preserve">Kesimpulan </w:t>
            </w:r>
            <w:proofErr w:type="spellStart"/>
            <w:r>
              <w:rPr>
                <w:b/>
                <w:sz w:val="16"/>
              </w:rPr>
              <w:t>Umum</w:t>
            </w:r>
            <w:proofErr w:type="spellEnd"/>
          </w:p>
        </w:tc>
        <w:tc>
          <w:tcPr>
            <w:tcW w:w="5326" w:type="dxa"/>
            <w:vAlign w:val="center"/>
          </w:tcPr>
          <w:p w14:paraId="6C719ED8" w14:textId="77777777" w:rsidR="000E5ACA" w:rsidRDefault="000E5ACA" w:rsidP="00F532D9">
            <w:pPr>
              <w:spacing w:after="0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0E5ACA" w14:paraId="6BDAD65C" w14:textId="77777777" w:rsidTr="00F532D9">
        <w:tc>
          <w:tcPr>
            <w:tcW w:w="5326" w:type="dxa"/>
            <w:vAlign w:val="center"/>
          </w:tcPr>
          <w:p w14:paraId="1F14D05F" w14:textId="77777777" w:rsidR="000E5ACA" w:rsidRDefault="000E5ACA" w:rsidP="00F532D9">
            <w:pPr>
              <w:spacing w:after="0"/>
            </w:pPr>
            <w:proofErr w:type="spellStart"/>
            <w:r>
              <w:rPr>
                <w:b/>
                <w:sz w:val="16"/>
              </w:rPr>
              <w:t>Apakah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bukti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mendukung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pokok</w:t>
            </w:r>
            <w:proofErr w:type="spellEnd"/>
            <w:r>
              <w:rPr>
                <w:b/>
                <w:sz w:val="16"/>
              </w:rPr>
              <w:t xml:space="preserve"> banding?</w:t>
            </w:r>
          </w:p>
        </w:tc>
        <w:tc>
          <w:tcPr>
            <w:tcW w:w="5326" w:type="dxa"/>
            <w:vAlign w:val="center"/>
          </w:tcPr>
          <w:p w14:paraId="7C8A9749" w14:textId="77777777" w:rsidR="000E5ACA" w:rsidRDefault="000E5ACA" w:rsidP="00F532D9">
            <w:pPr>
              <w:spacing w:after="0"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Seluruhnya</w:t>
            </w:r>
            <w:proofErr w:type="spellEnd"/>
            <w:r>
              <w:rPr>
                <w:sz w:val="16"/>
              </w:rPr>
              <w:t xml:space="preserve">   ☐ Sebagian   ☐ </w:t>
            </w:r>
            <w:proofErr w:type="spellStart"/>
            <w:r>
              <w:rPr>
                <w:sz w:val="16"/>
              </w:rPr>
              <w:t>Tidak</w:t>
            </w:r>
            <w:proofErr w:type="spellEnd"/>
          </w:p>
        </w:tc>
      </w:tr>
      <w:tr w:rsidR="000E5ACA" w14:paraId="38B484C5" w14:textId="77777777" w:rsidTr="00F532D9">
        <w:tc>
          <w:tcPr>
            <w:tcW w:w="5326" w:type="dxa"/>
            <w:vAlign w:val="center"/>
          </w:tcPr>
          <w:p w14:paraId="455E7797" w14:textId="77777777" w:rsidR="000E5ACA" w:rsidRDefault="000E5ACA" w:rsidP="00F532D9">
            <w:pPr>
              <w:spacing w:after="0"/>
            </w:pPr>
            <w:r>
              <w:rPr>
                <w:b/>
                <w:sz w:val="16"/>
              </w:rPr>
              <w:t xml:space="preserve">Bagian yang </w:t>
            </w:r>
            <w:proofErr w:type="spellStart"/>
            <w:r>
              <w:rPr>
                <w:b/>
                <w:sz w:val="16"/>
              </w:rPr>
              <w:t>didukung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bukti</w:t>
            </w:r>
            <w:proofErr w:type="spellEnd"/>
          </w:p>
        </w:tc>
        <w:tc>
          <w:tcPr>
            <w:tcW w:w="5326" w:type="dxa"/>
            <w:vAlign w:val="center"/>
          </w:tcPr>
          <w:p w14:paraId="541EB28C" w14:textId="77777777" w:rsidR="000E5ACA" w:rsidRDefault="000E5ACA" w:rsidP="00F532D9">
            <w:pPr>
              <w:spacing w:after="0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0E5ACA" w14:paraId="515DED85" w14:textId="77777777" w:rsidTr="00F532D9">
        <w:tc>
          <w:tcPr>
            <w:tcW w:w="5326" w:type="dxa"/>
            <w:vAlign w:val="center"/>
          </w:tcPr>
          <w:p w14:paraId="0056403A" w14:textId="77777777" w:rsidR="000E5ACA" w:rsidRDefault="000E5ACA" w:rsidP="00F532D9">
            <w:pPr>
              <w:spacing w:after="0"/>
            </w:pPr>
            <w:r>
              <w:rPr>
                <w:b/>
                <w:sz w:val="16"/>
              </w:rPr>
              <w:t xml:space="preserve">Bagian yang </w:t>
            </w:r>
            <w:proofErr w:type="spellStart"/>
            <w:r>
              <w:rPr>
                <w:b/>
                <w:sz w:val="16"/>
              </w:rPr>
              <w:t>tidak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didukung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bukti</w:t>
            </w:r>
            <w:proofErr w:type="spellEnd"/>
          </w:p>
        </w:tc>
        <w:tc>
          <w:tcPr>
            <w:tcW w:w="5326" w:type="dxa"/>
            <w:vAlign w:val="center"/>
          </w:tcPr>
          <w:p w14:paraId="07EAAF90" w14:textId="77777777" w:rsidR="000E5ACA" w:rsidRDefault="000E5ACA" w:rsidP="00F532D9">
            <w:pPr>
              <w:spacing w:after="0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</w:tbl>
    <w:p w14:paraId="1B6DF71A" w14:textId="77777777" w:rsidR="000E5ACA" w:rsidRDefault="000E5ACA" w:rsidP="000E5ACA">
      <w:r>
        <w:rPr>
          <w:b/>
          <w:sz w:val="20"/>
        </w:rPr>
        <w:t>I. REKOMENDASI INVESTIGATOR</w:t>
      </w:r>
    </w:p>
    <w:p w14:paraId="64AD6B4C" w14:textId="77777777" w:rsidR="000E5ACA" w:rsidRDefault="000E5ACA" w:rsidP="000E5ACA">
      <w:proofErr w:type="spellStart"/>
      <w:r>
        <w:rPr>
          <w:b/>
        </w:rPr>
        <w:t>Rekomendasi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untuk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dipertimbangkan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Pengambil</w:t>
      </w:r>
      <w:proofErr w:type="spellEnd"/>
      <w:r>
        <w:rPr>
          <w:b/>
        </w:rPr>
        <w:t xml:space="preserve"> Keputusan Banding: </w:t>
      </w:r>
      <w:r>
        <w:t xml:space="preserve">☐ Banding </w:t>
      </w:r>
      <w:proofErr w:type="spellStart"/>
      <w:r>
        <w:t>Diterima</w:t>
      </w:r>
      <w:proofErr w:type="spellEnd"/>
      <w:r>
        <w:t xml:space="preserve">   ☐ </w:t>
      </w:r>
      <w:proofErr w:type="spellStart"/>
      <w:r>
        <w:t>Diterima</w:t>
      </w:r>
      <w:proofErr w:type="spellEnd"/>
      <w:r>
        <w:t xml:space="preserve"> Sebagian   ☐ </w:t>
      </w:r>
      <w:proofErr w:type="spellStart"/>
      <w:r>
        <w:t>Ditolak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22"/>
        <w:gridCol w:w="5320"/>
      </w:tblGrid>
      <w:tr w:rsidR="000E5ACA" w14:paraId="77A5FE8B" w14:textId="77777777" w:rsidTr="00F532D9">
        <w:tc>
          <w:tcPr>
            <w:tcW w:w="5326" w:type="dxa"/>
            <w:vAlign w:val="center"/>
          </w:tcPr>
          <w:p w14:paraId="6BFA2E0E" w14:textId="77777777" w:rsidR="000E5ACA" w:rsidRDefault="000E5ACA" w:rsidP="00F532D9">
            <w:pPr>
              <w:spacing w:after="0"/>
            </w:pPr>
            <w:r>
              <w:rPr>
                <w:b/>
                <w:sz w:val="16"/>
              </w:rPr>
              <w:t xml:space="preserve">Dasar </w:t>
            </w:r>
            <w:proofErr w:type="spellStart"/>
            <w:r>
              <w:rPr>
                <w:b/>
                <w:sz w:val="16"/>
              </w:rPr>
              <w:t>Rekomendasi</w:t>
            </w:r>
            <w:proofErr w:type="spellEnd"/>
          </w:p>
        </w:tc>
        <w:tc>
          <w:tcPr>
            <w:tcW w:w="5326" w:type="dxa"/>
            <w:vAlign w:val="center"/>
          </w:tcPr>
          <w:p w14:paraId="77C5BB0E" w14:textId="77777777" w:rsidR="000E5ACA" w:rsidRDefault="000E5ACA" w:rsidP="00F532D9">
            <w:pPr>
              <w:spacing w:after="0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0E5ACA" w14:paraId="716BC472" w14:textId="77777777" w:rsidTr="00F532D9">
        <w:tc>
          <w:tcPr>
            <w:tcW w:w="5326" w:type="dxa"/>
            <w:vAlign w:val="center"/>
          </w:tcPr>
          <w:p w14:paraId="36232171" w14:textId="77777777" w:rsidR="000E5ACA" w:rsidRDefault="000E5ACA" w:rsidP="00F532D9">
            <w:pPr>
              <w:spacing w:after="0"/>
            </w:pPr>
            <w:proofErr w:type="spellStart"/>
            <w:r>
              <w:rPr>
                <w:b/>
                <w:sz w:val="16"/>
              </w:rPr>
              <w:t>Tindak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lanjut</w:t>
            </w:r>
            <w:proofErr w:type="spellEnd"/>
            <w:r>
              <w:rPr>
                <w:b/>
                <w:sz w:val="16"/>
              </w:rPr>
              <w:t xml:space="preserve"> yang </w:t>
            </w:r>
            <w:proofErr w:type="spellStart"/>
            <w:r>
              <w:rPr>
                <w:b/>
                <w:sz w:val="16"/>
              </w:rPr>
              <w:t>direkomendasikan</w:t>
            </w:r>
            <w:proofErr w:type="spellEnd"/>
          </w:p>
        </w:tc>
        <w:tc>
          <w:tcPr>
            <w:tcW w:w="5326" w:type="dxa"/>
            <w:vAlign w:val="center"/>
          </w:tcPr>
          <w:p w14:paraId="7CC6CB22" w14:textId="77777777" w:rsidR="000E5ACA" w:rsidRDefault="000E5ACA" w:rsidP="00F532D9">
            <w:pPr>
              <w:spacing w:after="0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0E5ACA" w14:paraId="56B85D8A" w14:textId="77777777" w:rsidTr="00F532D9">
        <w:tc>
          <w:tcPr>
            <w:tcW w:w="5326" w:type="dxa"/>
            <w:vAlign w:val="center"/>
          </w:tcPr>
          <w:p w14:paraId="4E5C353C" w14:textId="77777777" w:rsidR="000E5ACA" w:rsidRDefault="000E5ACA" w:rsidP="00F532D9">
            <w:pPr>
              <w:spacing w:after="0"/>
            </w:pPr>
            <w:proofErr w:type="spellStart"/>
            <w:r>
              <w:rPr>
                <w:b/>
                <w:sz w:val="16"/>
              </w:rPr>
              <w:t>Dampak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potensial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terhadap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keputusan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sertifikasi</w:t>
            </w:r>
            <w:proofErr w:type="spellEnd"/>
          </w:p>
        </w:tc>
        <w:tc>
          <w:tcPr>
            <w:tcW w:w="5326" w:type="dxa"/>
            <w:vAlign w:val="center"/>
          </w:tcPr>
          <w:p w14:paraId="42732752" w14:textId="77777777" w:rsidR="000E5ACA" w:rsidRDefault="000E5ACA" w:rsidP="00F532D9">
            <w:pPr>
              <w:spacing w:after="0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</w:tbl>
    <w:p w14:paraId="79E94E6C" w14:textId="77777777" w:rsidR="000E5ACA" w:rsidRDefault="000E5ACA" w:rsidP="000E5ACA">
      <w:proofErr w:type="spellStart"/>
      <w:r>
        <w:rPr>
          <w:b/>
        </w:rPr>
        <w:t>Catatan</w:t>
      </w:r>
      <w:proofErr w:type="spellEnd"/>
      <w:r>
        <w:rPr>
          <w:b/>
        </w:rPr>
        <w:t xml:space="preserve">: </w:t>
      </w:r>
      <w:proofErr w:type="spellStart"/>
      <w:r>
        <w:t>Rekomendasi</w:t>
      </w:r>
      <w:proofErr w:type="spellEnd"/>
      <w:r>
        <w:t xml:space="preserve"> Investigator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mengikat</w:t>
      </w:r>
      <w:proofErr w:type="spellEnd"/>
      <w:r>
        <w:t xml:space="preserve"> </w:t>
      </w:r>
      <w:proofErr w:type="spellStart"/>
      <w:r>
        <w:t>Pengambil</w:t>
      </w:r>
      <w:proofErr w:type="spellEnd"/>
      <w:r>
        <w:t xml:space="preserve"> Keputusan Banding. Keputusan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independen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investigasi</w:t>
      </w:r>
      <w:proofErr w:type="spellEnd"/>
      <w:r>
        <w:t>.</w:t>
      </w:r>
    </w:p>
    <w:p w14:paraId="06727688" w14:textId="77777777" w:rsidR="000E5ACA" w:rsidRDefault="000E5ACA" w:rsidP="000E5ACA">
      <w:r>
        <w:rPr>
          <w:b/>
          <w:sz w:val="20"/>
        </w:rPr>
        <w:t>J. PENGESAHAN LAPORAN INVESTIGASI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7"/>
        <w:gridCol w:w="1773"/>
        <w:gridCol w:w="1774"/>
        <w:gridCol w:w="3548"/>
      </w:tblGrid>
      <w:tr w:rsidR="000E5ACA" w14:paraId="3681A486" w14:textId="77777777" w:rsidTr="00F532D9">
        <w:tc>
          <w:tcPr>
            <w:tcW w:w="3551" w:type="dxa"/>
            <w:shd w:val="clear" w:color="auto" w:fill="5B9BD5"/>
            <w:vAlign w:val="center"/>
          </w:tcPr>
          <w:p w14:paraId="7039E518" w14:textId="77777777" w:rsidR="000E5ACA" w:rsidRDefault="000E5ACA" w:rsidP="00F532D9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Disusun</w:t>
            </w:r>
            <w:proofErr w:type="spellEnd"/>
            <w:r>
              <w:rPr>
                <w:b/>
                <w:color w:val="FFFFFF"/>
                <w:sz w:val="16"/>
              </w:rPr>
              <w:t xml:space="preserve"> oleh</w:t>
            </w:r>
          </w:p>
        </w:tc>
        <w:tc>
          <w:tcPr>
            <w:tcW w:w="3551" w:type="dxa"/>
            <w:gridSpan w:val="2"/>
            <w:shd w:val="clear" w:color="auto" w:fill="5B9BD5"/>
            <w:vAlign w:val="center"/>
          </w:tcPr>
          <w:p w14:paraId="7816B191" w14:textId="77777777" w:rsidR="000E5ACA" w:rsidRDefault="000E5ACA" w:rsidP="00F532D9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Tanggal</w:t>
            </w:r>
            <w:proofErr w:type="spellEnd"/>
          </w:p>
        </w:tc>
        <w:tc>
          <w:tcPr>
            <w:tcW w:w="3551" w:type="dxa"/>
            <w:shd w:val="clear" w:color="auto" w:fill="5B9BD5"/>
            <w:vAlign w:val="center"/>
          </w:tcPr>
          <w:p w14:paraId="19A6FE97" w14:textId="77777777" w:rsidR="000E5ACA" w:rsidRDefault="000E5ACA" w:rsidP="00F532D9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 xml:space="preserve">Tanda </w:t>
            </w:r>
            <w:proofErr w:type="spellStart"/>
            <w:r>
              <w:rPr>
                <w:b/>
                <w:color w:val="FFFFFF"/>
                <w:sz w:val="16"/>
              </w:rPr>
              <w:t>Tangan</w:t>
            </w:r>
            <w:proofErr w:type="spellEnd"/>
            <w:r>
              <w:rPr>
                <w:b/>
                <w:color w:val="FFFFFF"/>
                <w:sz w:val="16"/>
              </w:rPr>
              <w:t>/</w:t>
            </w:r>
            <w:proofErr w:type="spellStart"/>
            <w:r>
              <w:rPr>
                <w:b/>
                <w:color w:val="FFFFFF"/>
                <w:sz w:val="16"/>
              </w:rPr>
              <w:t>Validasi</w:t>
            </w:r>
            <w:proofErr w:type="spellEnd"/>
          </w:p>
        </w:tc>
      </w:tr>
      <w:tr w:rsidR="000E5ACA" w14:paraId="37CDEB47" w14:textId="77777777" w:rsidTr="00F532D9">
        <w:tc>
          <w:tcPr>
            <w:tcW w:w="3551" w:type="dxa"/>
            <w:vAlign w:val="center"/>
          </w:tcPr>
          <w:p w14:paraId="26916EF7" w14:textId="77777777" w:rsidR="000E5ACA" w:rsidRDefault="000E5ACA" w:rsidP="00F532D9">
            <w:pPr>
              <w:spacing w:after="0"/>
              <w:jc w:val="center"/>
            </w:pPr>
            <w:r>
              <w:rPr>
                <w:sz w:val="16"/>
              </w:rPr>
              <w:t>Investigator/PIC Banding</w:t>
            </w:r>
          </w:p>
        </w:tc>
        <w:tc>
          <w:tcPr>
            <w:tcW w:w="3551" w:type="dxa"/>
            <w:gridSpan w:val="2"/>
            <w:vAlign w:val="center"/>
          </w:tcPr>
          <w:p w14:paraId="345ABBBE" w14:textId="77777777" w:rsidR="000E5ACA" w:rsidRDefault="000E5ACA" w:rsidP="00F532D9">
            <w:pPr>
              <w:spacing w:after="0"/>
            </w:pPr>
          </w:p>
        </w:tc>
        <w:tc>
          <w:tcPr>
            <w:tcW w:w="3551" w:type="dxa"/>
            <w:vAlign w:val="center"/>
          </w:tcPr>
          <w:p w14:paraId="17E142D7" w14:textId="77777777" w:rsidR="000E5ACA" w:rsidRDefault="000E5ACA" w:rsidP="00F532D9">
            <w:pPr>
              <w:spacing w:after="0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0E5ACA" w14:paraId="7905EEFE" w14:textId="77777777" w:rsidTr="00F532D9">
        <w:tc>
          <w:tcPr>
            <w:tcW w:w="5326" w:type="dxa"/>
            <w:gridSpan w:val="2"/>
            <w:vAlign w:val="center"/>
          </w:tcPr>
          <w:p w14:paraId="71C7CCF8" w14:textId="77777777" w:rsidR="000E5ACA" w:rsidRDefault="000E5ACA" w:rsidP="00F532D9">
            <w:pPr>
              <w:spacing w:after="0"/>
            </w:pPr>
            <w:proofErr w:type="spellStart"/>
            <w:r>
              <w:rPr>
                <w:b/>
                <w:sz w:val="16"/>
              </w:rPr>
              <w:t>Tanggal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Laporan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Diserahkan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untuk</w:t>
            </w:r>
            <w:proofErr w:type="spellEnd"/>
            <w:r>
              <w:rPr>
                <w:b/>
                <w:sz w:val="16"/>
              </w:rPr>
              <w:t xml:space="preserve"> Keputusan</w:t>
            </w:r>
          </w:p>
        </w:tc>
        <w:tc>
          <w:tcPr>
            <w:tcW w:w="5326" w:type="dxa"/>
            <w:gridSpan w:val="2"/>
            <w:vAlign w:val="center"/>
          </w:tcPr>
          <w:p w14:paraId="190F3F8E" w14:textId="77777777" w:rsidR="000E5ACA" w:rsidRDefault="000E5ACA" w:rsidP="00F532D9">
            <w:pPr>
              <w:spacing w:after="0"/>
            </w:pPr>
          </w:p>
        </w:tc>
      </w:tr>
      <w:tr w:rsidR="000E5ACA" w14:paraId="7955DFCF" w14:textId="77777777" w:rsidTr="00F532D9">
        <w:tc>
          <w:tcPr>
            <w:tcW w:w="5326" w:type="dxa"/>
            <w:gridSpan w:val="2"/>
            <w:vAlign w:val="center"/>
          </w:tcPr>
          <w:p w14:paraId="73AE8041" w14:textId="77777777" w:rsidR="000E5ACA" w:rsidRDefault="000E5ACA" w:rsidP="00F532D9">
            <w:pPr>
              <w:spacing w:after="0"/>
            </w:pPr>
            <w:proofErr w:type="spellStart"/>
            <w:r>
              <w:rPr>
                <w:b/>
                <w:sz w:val="16"/>
              </w:rPr>
              <w:t>Catatan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Penyerahan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Berkas</w:t>
            </w:r>
            <w:proofErr w:type="spellEnd"/>
          </w:p>
        </w:tc>
        <w:tc>
          <w:tcPr>
            <w:tcW w:w="5326" w:type="dxa"/>
            <w:gridSpan w:val="2"/>
            <w:vAlign w:val="center"/>
          </w:tcPr>
          <w:p w14:paraId="087B32BB" w14:textId="77777777" w:rsidR="000E5ACA" w:rsidRDefault="000E5ACA" w:rsidP="00F532D9">
            <w:pPr>
              <w:spacing w:after="0"/>
            </w:pPr>
            <w:r>
              <w:rPr>
                <w:sz w:val="16"/>
              </w:rPr>
              <w:br/>
            </w:r>
          </w:p>
        </w:tc>
      </w:tr>
    </w:tbl>
    <w:p w14:paraId="6E780B06" w14:textId="77777777" w:rsidR="000E5ACA" w:rsidRDefault="000E5ACA" w:rsidP="000E5ACA"/>
    <w:sectPr w:rsidR="000E5ACA" w:rsidSect="00034616">
      <w:headerReference w:type="default" r:id="rId8"/>
      <w:pgSz w:w="12240" w:h="15840"/>
      <w:pgMar w:top="737" w:right="794" w:bottom="737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50113" w14:textId="77777777" w:rsidR="00913AE5" w:rsidRDefault="00913AE5" w:rsidP="006B6788">
      <w:pPr>
        <w:spacing w:after="0" w:line="240" w:lineRule="auto"/>
      </w:pPr>
      <w:r>
        <w:separator/>
      </w:r>
    </w:p>
  </w:endnote>
  <w:endnote w:type="continuationSeparator" w:id="0">
    <w:p w14:paraId="5D6EA5D7" w14:textId="77777777" w:rsidR="00913AE5" w:rsidRDefault="00913AE5" w:rsidP="006B6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04EB9" w14:textId="77777777" w:rsidR="00913AE5" w:rsidRDefault="00913AE5" w:rsidP="006B6788">
      <w:pPr>
        <w:spacing w:after="0" w:line="240" w:lineRule="auto"/>
      </w:pPr>
      <w:r>
        <w:separator/>
      </w:r>
    </w:p>
  </w:footnote>
  <w:footnote w:type="continuationSeparator" w:id="0">
    <w:p w14:paraId="202AC699" w14:textId="77777777" w:rsidR="00913AE5" w:rsidRDefault="00913AE5" w:rsidP="006B6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24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986"/>
      <w:gridCol w:w="5239"/>
      <w:gridCol w:w="1701"/>
      <w:gridCol w:w="1998"/>
    </w:tblGrid>
    <w:tr w:rsidR="006B6788" w:rsidRPr="00FD14F1" w14:paraId="38CA5FCE" w14:textId="77777777" w:rsidTr="00F532D9">
      <w:trPr>
        <w:jc w:val="center"/>
      </w:trPr>
      <w:tc>
        <w:tcPr>
          <w:tcW w:w="1986" w:type="dxa"/>
          <w:vMerge w:val="restart"/>
          <w:vAlign w:val="center"/>
        </w:tcPr>
        <w:p w14:paraId="08847065" w14:textId="77777777" w:rsidR="006B6788" w:rsidRPr="00FD14F1" w:rsidRDefault="006B6788" w:rsidP="006B6788">
          <w:pPr>
            <w:spacing w:after="0" w:line="240" w:lineRule="auto"/>
            <w:jc w:val="center"/>
          </w:pPr>
          <w:r>
            <w:rPr>
              <w:noProof/>
            </w:rPr>
            <w:drawing>
              <wp:anchor distT="0" distB="0" distL="114300" distR="114300" simplePos="0" relativeHeight="251706880" behindDoc="1" locked="0" layoutInCell="1" allowOverlap="1" wp14:anchorId="5B9879F7" wp14:editId="038BDFC3">
                <wp:simplePos x="0" y="0"/>
                <wp:positionH relativeFrom="column">
                  <wp:posOffset>30480</wp:posOffset>
                </wp:positionH>
                <wp:positionV relativeFrom="paragraph">
                  <wp:posOffset>-56515</wp:posOffset>
                </wp:positionV>
                <wp:extent cx="990600" cy="414020"/>
                <wp:effectExtent l="0" t="0" r="0" b="508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41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39" w:type="dxa"/>
        </w:tcPr>
        <w:p w14:paraId="5BD88531" w14:textId="7BAF53AF" w:rsidR="006B6788" w:rsidRPr="00D13170" w:rsidRDefault="006B6788" w:rsidP="006B6788">
          <w:pPr>
            <w:spacing w:after="0" w:line="240" w:lineRule="auto"/>
            <w:jc w:val="center"/>
            <w:rPr>
              <w:rFonts w:ascii="Cambria" w:hAnsi="Cambria"/>
              <w:b/>
              <w:bCs/>
            </w:rPr>
          </w:pPr>
          <w:r w:rsidRPr="00D13170">
            <w:rPr>
              <w:rFonts w:ascii="Cambria" w:hAnsi="Cambria"/>
              <w:b/>
              <w:bCs/>
            </w:rPr>
            <w:t>No</w:t>
          </w:r>
          <w:r>
            <w:rPr>
              <w:rFonts w:ascii="Cambria" w:hAnsi="Cambria"/>
              <w:b/>
              <w:bCs/>
            </w:rPr>
            <w:t>: FR.AK.04</w:t>
          </w:r>
        </w:p>
      </w:tc>
      <w:tc>
        <w:tcPr>
          <w:tcW w:w="1701" w:type="dxa"/>
        </w:tcPr>
        <w:p w14:paraId="1C7A92FA" w14:textId="77777777" w:rsidR="006B6788" w:rsidRPr="00D13170" w:rsidRDefault="006B6788" w:rsidP="006B6788">
          <w:pPr>
            <w:spacing w:after="0" w:line="240" w:lineRule="auto"/>
            <w:rPr>
              <w:rFonts w:ascii="Cambria" w:hAnsi="Cambria"/>
            </w:rPr>
          </w:pPr>
          <w:proofErr w:type="spellStart"/>
          <w:r w:rsidRPr="00D13170">
            <w:rPr>
              <w:rFonts w:ascii="Cambria" w:hAnsi="Cambria"/>
            </w:rPr>
            <w:t>T</w:t>
          </w:r>
          <w:r>
            <w:rPr>
              <w:rFonts w:ascii="Cambria" w:hAnsi="Cambria"/>
            </w:rPr>
            <w:t>gl</w:t>
          </w:r>
          <w:proofErr w:type="spellEnd"/>
          <w:r>
            <w:rPr>
              <w:rFonts w:ascii="Cambria" w:hAnsi="Cambria"/>
            </w:rPr>
            <w:t xml:space="preserve">. </w:t>
          </w:r>
          <w:proofErr w:type="spellStart"/>
          <w:r>
            <w:rPr>
              <w:rFonts w:ascii="Cambria" w:hAnsi="Cambria"/>
            </w:rPr>
            <w:t>Pembuatan</w:t>
          </w:r>
          <w:proofErr w:type="spellEnd"/>
        </w:p>
      </w:tc>
      <w:tc>
        <w:tcPr>
          <w:tcW w:w="1998" w:type="dxa"/>
        </w:tcPr>
        <w:p w14:paraId="2565430F" w14:textId="41644003" w:rsidR="006B6788" w:rsidRPr="00D13170" w:rsidRDefault="006B6788" w:rsidP="006B6788">
          <w:pPr>
            <w:spacing w:after="0" w:line="240" w:lineRule="auto"/>
            <w:rPr>
              <w:rFonts w:ascii="Cambria" w:hAnsi="Cambria"/>
            </w:rPr>
          </w:pPr>
          <w:r w:rsidRPr="00C23E98">
            <w:rPr>
              <w:rFonts w:ascii="Cambria" w:hAnsi="Cambria"/>
            </w:rPr>
            <w:t xml:space="preserve">24 </w:t>
          </w:r>
          <w:r>
            <w:rPr>
              <w:rFonts w:ascii="Cambria" w:hAnsi="Cambria"/>
            </w:rPr>
            <w:t>Mei</w:t>
          </w:r>
          <w:r w:rsidRPr="00C23E98">
            <w:rPr>
              <w:rFonts w:ascii="Cambria" w:hAnsi="Cambria"/>
            </w:rPr>
            <w:t xml:space="preserve"> 2024</w:t>
          </w:r>
        </w:p>
      </w:tc>
    </w:tr>
    <w:tr w:rsidR="006B6788" w:rsidRPr="00FD14F1" w14:paraId="7FA6C218" w14:textId="77777777" w:rsidTr="00F532D9">
      <w:trPr>
        <w:jc w:val="center"/>
      </w:trPr>
      <w:tc>
        <w:tcPr>
          <w:tcW w:w="1986" w:type="dxa"/>
          <w:vMerge/>
        </w:tcPr>
        <w:p w14:paraId="46CA3502" w14:textId="77777777" w:rsidR="006B6788" w:rsidRPr="00FD14F1" w:rsidRDefault="006B6788" w:rsidP="006B6788">
          <w:pPr>
            <w:spacing w:after="0" w:line="240" w:lineRule="auto"/>
          </w:pPr>
        </w:p>
      </w:tc>
      <w:tc>
        <w:tcPr>
          <w:tcW w:w="5239" w:type="dxa"/>
          <w:vMerge w:val="restart"/>
          <w:vAlign w:val="center"/>
        </w:tcPr>
        <w:p w14:paraId="56605907" w14:textId="5BA439BB" w:rsidR="006B6788" w:rsidRPr="00EE61FF" w:rsidRDefault="00E41C89" w:rsidP="006B6788">
          <w:pPr>
            <w:spacing w:after="0" w:line="240" w:lineRule="auto"/>
            <w:jc w:val="center"/>
            <w:rPr>
              <w:rFonts w:ascii="Cambria" w:hAnsi="Cambria" w:cs="Tahoma"/>
              <w:b/>
              <w:sz w:val="28"/>
              <w:szCs w:val="28"/>
            </w:rPr>
          </w:pPr>
          <w:r>
            <w:rPr>
              <w:rFonts w:ascii="Cambria" w:hAnsi="Cambria" w:cs="Tahoma"/>
              <w:b/>
              <w:sz w:val="24"/>
              <w:szCs w:val="24"/>
            </w:rPr>
            <w:t>BANDING ASESMEN</w:t>
          </w:r>
        </w:p>
      </w:tc>
      <w:tc>
        <w:tcPr>
          <w:tcW w:w="1701" w:type="dxa"/>
        </w:tcPr>
        <w:p w14:paraId="49445070" w14:textId="77777777" w:rsidR="006B6788" w:rsidRPr="00D13170" w:rsidRDefault="006B6788" w:rsidP="006B6788">
          <w:pPr>
            <w:spacing w:after="0" w:line="240" w:lineRule="auto"/>
            <w:rPr>
              <w:rFonts w:ascii="Cambria" w:hAnsi="Cambria"/>
            </w:rPr>
          </w:pPr>
          <w:proofErr w:type="spellStart"/>
          <w:r w:rsidRPr="00D13170">
            <w:rPr>
              <w:rFonts w:ascii="Cambria" w:hAnsi="Cambria"/>
            </w:rPr>
            <w:t>Nomor</w:t>
          </w:r>
          <w:proofErr w:type="spellEnd"/>
          <w:r w:rsidRPr="00D13170">
            <w:rPr>
              <w:rFonts w:ascii="Cambria" w:hAnsi="Cambria"/>
            </w:rPr>
            <w:t xml:space="preserve"> </w:t>
          </w:r>
          <w:proofErr w:type="spellStart"/>
          <w:r w:rsidRPr="00D13170">
            <w:rPr>
              <w:rFonts w:ascii="Cambria" w:hAnsi="Cambria"/>
            </w:rPr>
            <w:t>Revisi</w:t>
          </w:r>
          <w:proofErr w:type="spellEnd"/>
        </w:p>
      </w:tc>
      <w:tc>
        <w:tcPr>
          <w:tcW w:w="1998" w:type="dxa"/>
        </w:tcPr>
        <w:p w14:paraId="5CCEABEE" w14:textId="77777777" w:rsidR="006B6788" w:rsidRPr="00D13170" w:rsidRDefault="006B6788" w:rsidP="006B6788">
          <w:pPr>
            <w:spacing w:after="0" w:line="240" w:lineRule="auto"/>
            <w:rPr>
              <w:rFonts w:ascii="Cambria" w:hAnsi="Cambria"/>
            </w:rPr>
          </w:pPr>
          <w:r>
            <w:rPr>
              <w:rFonts w:ascii="Cambria" w:hAnsi="Cambria"/>
            </w:rPr>
            <w:t>1</w:t>
          </w:r>
        </w:p>
      </w:tc>
    </w:tr>
    <w:tr w:rsidR="006B6788" w:rsidRPr="00FD14F1" w14:paraId="355D6A0A" w14:textId="77777777" w:rsidTr="00F532D9">
      <w:trPr>
        <w:jc w:val="center"/>
      </w:trPr>
      <w:tc>
        <w:tcPr>
          <w:tcW w:w="1986" w:type="dxa"/>
          <w:vMerge/>
        </w:tcPr>
        <w:p w14:paraId="3B70FD7E" w14:textId="77777777" w:rsidR="006B6788" w:rsidRPr="00FD14F1" w:rsidRDefault="006B6788" w:rsidP="006B6788">
          <w:pPr>
            <w:spacing w:after="0" w:line="240" w:lineRule="auto"/>
          </w:pPr>
        </w:p>
      </w:tc>
      <w:tc>
        <w:tcPr>
          <w:tcW w:w="5239" w:type="dxa"/>
          <w:vMerge/>
        </w:tcPr>
        <w:p w14:paraId="78B99E77" w14:textId="77777777" w:rsidR="006B6788" w:rsidRPr="00B10257" w:rsidRDefault="006B6788" w:rsidP="006B6788">
          <w:pPr>
            <w:spacing w:after="0" w:line="240" w:lineRule="auto"/>
            <w:rPr>
              <w:sz w:val="26"/>
            </w:rPr>
          </w:pPr>
        </w:p>
      </w:tc>
      <w:tc>
        <w:tcPr>
          <w:tcW w:w="1701" w:type="dxa"/>
        </w:tcPr>
        <w:p w14:paraId="04013751" w14:textId="77777777" w:rsidR="006B6788" w:rsidRPr="00D13170" w:rsidRDefault="006B6788" w:rsidP="006B6788">
          <w:pPr>
            <w:spacing w:after="0" w:line="240" w:lineRule="auto"/>
            <w:rPr>
              <w:rFonts w:ascii="Cambria" w:hAnsi="Cambria"/>
            </w:rPr>
          </w:pPr>
          <w:proofErr w:type="spellStart"/>
          <w:r w:rsidRPr="00D13170">
            <w:rPr>
              <w:rFonts w:ascii="Cambria" w:hAnsi="Cambria"/>
            </w:rPr>
            <w:t>T</w:t>
          </w:r>
          <w:r>
            <w:rPr>
              <w:rFonts w:ascii="Cambria" w:hAnsi="Cambria"/>
            </w:rPr>
            <w:t>gl</w:t>
          </w:r>
          <w:proofErr w:type="spellEnd"/>
          <w:r>
            <w:rPr>
              <w:rFonts w:ascii="Cambria" w:hAnsi="Cambria"/>
            </w:rPr>
            <w:t xml:space="preserve">. </w:t>
          </w:r>
          <w:proofErr w:type="spellStart"/>
          <w:r>
            <w:rPr>
              <w:rFonts w:ascii="Cambria" w:hAnsi="Cambria"/>
            </w:rPr>
            <w:t>Efektif</w:t>
          </w:r>
          <w:proofErr w:type="spellEnd"/>
        </w:p>
      </w:tc>
      <w:tc>
        <w:tcPr>
          <w:tcW w:w="1998" w:type="dxa"/>
        </w:tcPr>
        <w:p w14:paraId="3DB3CA1C" w14:textId="648FE89C" w:rsidR="006B6788" w:rsidRPr="00D13170" w:rsidRDefault="006B6788" w:rsidP="006B6788">
          <w:pPr>
            <w:spacing w:after="0" w:line="240" w:lineRule="auto"/>
            <w:rPr>
              <w:rFonts w:ascii="Cambria" w:hAnsi="Cambria"/>
            </w:rPr>
          </w:pPr>
          <w:r>
            <w:rPr>
              <w:rFonts w:ascii="Cambria" w:hAnsi="Cambria"/>
            </w:rPr>
            <w:t>14 September</w:t>
          </w:r>
          <w:r w:rsidR="006F4825">
            <w:rPr>
              <w:rFonts w:ascii="Cambria" w:hAnsi="Cambria"/>
            </w:rPr>
            <w:t xml:space="preserve"> 2026</w:t>
          </w:r>
        </w:p>
      </w:tc>
    </w:tr>
    <w:tr w:rsidR="006B6788" w:rsidRPr="00FD14F1" w14:paraId="6D8327BD" w14:textId="77777777" w:rsidTr="00F532D9">
      <w:trPr>
        <w:trHeight w:val="70"/>
        <w:jc w:val="center"/>
      </w:trPr>
      <w:tc>
        <w:tcPr>
          <w:tcW w:w="1986" w:type="dxa"/>
          <w:vMerge/>
        </w:tcPr>
        <w:p w14:paraId="5BB9E19D" w14:textId="77777777" w:rsidR="006B6788" w:rsidRPr="00FD14F1" w:rsidRDefault="006B6788" w:rsidP="006B6788">
          <w:pPr>
            <w:spacing w:after="0" w:line="240" w:lineRule="auto"/>
          </w:pPr>
        </w:p>
      </w:tc>
      <w:tc>
        <w:tcPr>
          <w:tcW w:w="5239" w:type="dxa"/>
          <w:vMerge/>
        </w:tcPr>
        <w:p w14:paraId="05113807" w14:textId="77777777" w:rsidR="006B6788" w:rsidRPr="00FD14F1" w:rsidRDefault="006B6788" w:rsidP="006B6788">
          <w:pPr>
            <w:spacing w:after="0" w:line="240" w:lineRule="auto"/>
          </w:pPr>
        </w:p>
      </w:tc>
      <w:tc>
        <w:tcPr>
          <w:tcW w:w="1701" w:type="dxa"/>
        </w:tcPr>
        <w:p w14:paraId="009F1EEB" w14:textId="77777777" w:rsidR="006B6788" w:rsidRPr="00D13170" w:rsidRDefault="006B6788" w:rsidP="006B6788">
          <w:pPr>
            <w:spacing w:after="0" w:line="240" w:lineRule="auto"/>
            <w:rPr>
              <w:rFonts w:ascii="Cambria" w:hAnsi="Cambria"/>
            </w:rPr>
          </w:pPr>
          <w:r w:rsidRPr="00D13170">
            <w:rPr>
              <w:rFonts w:ascii="Cambria" w:hAnsi="Cambria"/>
            </w:rPr>
            <w:t>Halaman</w:t>
          </w:r>
        </w:p>
      </w:tc>
      <w:tc>
        <w:tcPr>
          <w:tcW w:w="1998" w:type="dxa"/>
        </w:tcPr>
        <w:p w14:paraId="7371BD96" w14:textId="77777777" w:rsidR="006B6788" w:rsidRPr="00D13170" w:rsidRDefault="006B6788" w:rsidP="006B6788">
          <w:pPr>
            <w:spacing w:after="0" w:line="240" w:lineRule="auto"/>
            <w:rPr>
              <w:rFonts w:ascii="Cambria" w:hAnsi="Cambria"/>
            </w:rPr>
          </w:pPr>
          <w:r w:rsidRPr="00D13170">
            <w:rPr>
              <w:rFonts w:ascii="Cambria" w:hAnsi="Cambria"/>
            </w:rPr>
            <w:fldChar w:fldCharType="begin"/>
          </w:r>
          <w:r w:rsidRPr="00D13170">
            <w:rPr>
              <w:rFonts w:ascii="Cambria" w:hAnsi="Cambria"/>
            </w:rPr>
            <w:instrText xml:space="preserve"> PAGE   \* MERGEFORMAT </w:instrText>
          </w:r>
          <w:r w:rsidRPr="00D13170">
            <w:rPr>
              <w:rFonts w:ascii="Cambria" w:hAnsi="Cambria"/>
            </w:rPr>
            <w:fldChar w:fldCharType="separate"/>
          </w:r>
          <w:r w:rsidRPr="00D13170">
            <w:rPr>
              <w:rFonts w:ascii="Cambria" w:hAnsi="Cambria"/>
              <w:noProof/>
            </w:rPr>
            <w:t>2</w:t>
          </w:r>
          <w:r w:rsidRPr="00D13170">
            <w:rPr>
              <w:rFonts w:ascii="Cambria" w:hAnsi="Cambria"/>
              <w:noProof/>
            </w:rPr>
            <w:fldChar w:fldCharType="end"/>
          </w:r>
          <w:r w:rsidRPr="00D13170">
            <w:rPr>
              <w:rFonts w:ascii="Cambria" w:hAnsi="Cambria"/>
            </w:rPr>
            <w:t xml:space="preserve">  </w:t>
          </w:r>
          <w:proofErr w:type="spellStart"/>
          <w:r w:rsidRPr="00D13170">
            <w:rPr>
              <w:rFonts w:ascii="Cambria" w:hAnsi="Cambria"/>
            </w:rPr>
            <w:t>dari</w:t>
          </w:r>
          <w:proofErr w:type="spellEnd"/>
          <w:r w:rsidRPr="00D13170">
            <w:rPr>
              <w:rFonts w:ascii="Cambria" w:hAnsi="Cambria"/>
            </w:rPr>
            <w:t xml:space="preserve"> </w:t>
          </w:r>
          <w:r w:rsidRPr="00D13170">
            <w:rPr>
              <w:rStyle w:val="PageNumber"/>
              <w:rFonts w:ascii="Cambria" w:hAnsi="Cambria"/>
            </w:rPr>
            <w:fldChar w:fldCharType="begin"/>
          </w:r>
          <w:r w:rsidRPr="00D13170">
            <w:rPr>
              <w:rStyle w:val="PageNumber"/>
              <w:rFonts w:ascii="Cambria" w:hAnsi="Cambria"/>
            </w:rPr>
            <w:instrText xml:space="preserve"> NUMPAGES </w:instrText>
          </w:r>
          <w:r w:rsidRPr="00D13170">
            <w:rPr>
              <w:rStyle w:val="PageNumber"/>
              <w:rFonts w:ascii="Cambria" w:hAnsi="Cambria"/>
            </w:rPr>
            <w:fldChar w:fldCharType="separate"/>
          </w:r>
          <w:r w:rsidRPr="00D13170">
            <w:rPr>
              <w:rStyle w:val="PageNumber"/>
              <w:rFonts w:ascii="Cambria" w:hAnsi="Cambria"/>
              <w:noProof/>
            </w:rPr>
            <w:t>2</w:t>
          </w:r>
          <w:r w:rsidRPr="00D13170">
            <w:rPr>
              <w:rStyle w:val="PageNumber"/>
              <w:rFonts w:ascii="Cambria" w:hAnsi="Cambria"/>
            </w:rPr>
            <w:fldChar w:fldCharType="end"/>
          </w:r>
        </w:p>
      </w:tc>
    </w:tr>
  </w:tbl>
  <w:p w14:paraId="68969B16" w14:textId="77777777" w:rsidR="006B6788" w:rsidRDefault="006B67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5ACA"/>
    <w:rsid w:val="0015074B"/>
    <w:rsid w:val="0029639D"/>
    <w:rsid w:val="00326F90"/>
    <w:rsid w:val="0035748C"/>
    <w:rsid w:val="00561789"/>
    <w:rsid w:val="005D34DD"/>
    <w:rsid w:val="006B6788"/>
    <w:rsid w:val="006F4825"/>
    <w:rsid w:val="007F49B0"/>
    <w:rsid w:val="00875BC8"/>
    <w:rsid w:val="008C3D91"/>
    <w:rsid w:val="00913AE5"/>
    <w:rsid w:val="00AA1D8D"/>
    <w:rsid w:val="00B47730"/>
    <w:rsid w:val="00CB0664"/>
    <w:rsid w:val="00E41044"/>
    <w:rsid w:val="00E41C89"/>
    <w:rsid w:val="00F214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8335D3"/>
  <w14:defaultImageDpi w14:val="300"/>
  <w15:docId w15:val="{43D97BED-65C7-477F-BCA7-4F2E4435A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ageNumber">
    <w:name w:val="page number"/>
    <w:basedOn w:val="DefaultParagraphFont"/>
    <w:rsid w:val="006B67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Sulis Setyorini</dc:creator>
  <cp:keywords/>
  <dc:description>generated by python-docx</dc:description>
  <cp:lastModifiedBy>edukasi cendekia</cp:lastModifiedBy>
  <cp:revision>7</cp:revision>
  <cp:lastPrinted>2026-09-28T07:59:00Z</cp:lastPrinted>
  <dcterms:created xsi:type="dcterms:W3CDTF">2026-09-17T02:45:00Z</dcterms:created>
  <dcterms:modified xsi:type="dcterms:W3CDTF">2026-09-28T07:59:00Z</dcterms:modified>
  <cp:category/>
</cp:coreProperties>
</file>